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Continuous Random Variables</w:t>
      </w:r>
    </w:p>
    <w:p>
      <w:pPr>
        <w:keepNext w:val="0"/>
        <w:jc w:val="both"/>
      </w:pPr>
      <w:r>
        <w:t>Continuous random variable: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For a continuous random variable X, P(X = x) =                  for any single value x, because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Probability density function (p.d.f.):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 is a continuous random variable with p.d.f. f(x), then:</w:t>
      </w:r>
    </w:p>
    <w:p>
      <w:pPr>
        <w:keepNext w:val="0"/>
        <w:jc w:val="both"/>
      </w:pPr>
      <w:r>
        <w:t xml:space="preserve">        •   f(x)                       for all x ∈ ℝ</w:t>
      </w:r>
    </w:p>
    <w:p>
      <w:pPr>
        <w:jc w:val="both"/>
      </w:pPr>
    </w:p>
    <w:p>
      <w:pPr>
        <w:keepNext w:val="0"/>
        <w:jc w:val="both"/>
      </w:pPr>
      <w:r>
        <w:t xml:space="preserve">        •   P(a &lt; X &lt; b)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•   the total area under the p.d.f. is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In each case, state whether the function could be a probability density function, where k is a positive constant.</w:t>
      </w:r>
    </w:p>
    <w:p>
      <w:pPr>
        <w:keepNext w:val="0"/>
        <w:ind w:left="720" w:hanging="357"/>
        <w:jc w:val="left"/>
      </w:pPr>
      <w:r/>
      <w:r>
        <w:drawing>
          <wp:inline xmlns:a="http://schemas.openxmlformats.org/drawingml/2006/main" xmlns:pic="http://schemas.openxmlformats.org/drawingml/2006/picture">
            <wp:extent cx="2335377" cy="4937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466d0c733db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35377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left"/>
      </w:pPr>
      <w:r/>
      <w:r>
        <w:drawing>
          <wp:inline xmlns:a="http://schemas.openxmlformats.org/drawingml/2006/main" xmlns:pic="http://schemas.openxmlformats.org/drawingml/2006/picture">
            <wp:extent cx="2529230" cy="4937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c19a4e99d56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9230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left"/>
      </w:pPr>
      <w:r/>
      <w:r>
        <w:drawing>
          <wp:inline xmlns:a="http://schemas.openxmlformats.org/drawingml/2006/main" xmlns:pic="http://schemas.openxmlformats.org/drawingml/2006/picture">
            <wp:extent cx="2538374" cy="4937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c54457af6c61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38374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165299" cy="4937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b477b86f3060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5299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the value of k and sketch the p.d.f.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P(2.5 &lt; X &lt; 3), giving your answer to 3 decimal places.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077516" cy="74066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cc42ba01d2a6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7516" cy="740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Sketch f(x).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value of k.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Find P(X &gt; 3).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3B The Cumulative Distribution Function</w:t>
      </w:r>
    </w:p>
    <w:p>
      <w:pPr>
        <w:keepNext w:val="0"/>
        <w:jc w:val="both"/>
      </w:pPr>
      <w:r>
        <w:t>Cumulative distribution function (c.d.f.), F(x):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F(x) = P(X ≤ 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In terms of area under the p.d.f., F(x) is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Going between the p.d.f. and the c.d.f.:</w:t>
      </w:r>
    </w:p>
    <w:p>
      <w:pPr>
        <w:keepNext w:val="0"/>
        <w:jc w:val="both"/>
      </w:pPr>
      <w:r>
        <w:t xml:space="preserve">        f(x) =                                         F(x)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To specify F(x) fully you must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698955" cy="50474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365230bedb82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98955" cy="504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 F(x).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072030" cy="77541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64643978b07a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72030" cy="775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Specify fully the cumulative distribution function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random variable X has cumulative distribution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163470" cy="75712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d37263bcab7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3470" cy="7571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P(X ≤ 1.5)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P(0.5 ≤ X ≤ 1.5)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P(X = 1)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the probability density function, f(x).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3C Mean and Variance of a Continuous Distribution</w:t>
      </w:r>
    </w:p>
    <w:p>
      <w:pPr>
        <w:keepNext/>
        <w:jc w:val="both"/>
      </w:pPr>
      <w:r>
        <w:t>If X is a continuous random variable with p.d.f. f(x):</w:t>
      </w:r>
    </w:p>
    <w:p>
      <w:pPr>
        <w:keepNext w:val="0"/>
        <w:jc w:val="both"/>
      </w:pPr>
      <w:r>
        <w:t xml:space="preserve">        Mean or expected value:   E(X) = µ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Variance:   Var(X) = σ²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Expected value of a function of X:   E(g(X))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A convenient way to calculate the variance:   Var(X)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E(aX + b) =                                         Var(aX + b)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the p.d.f. is symmetric about x = a, then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random variable Y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671523" cy="50474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7bc6cad442a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1523" cy="504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E(Y)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Var(Y)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E(2Y − 3)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Var(2Y − 3)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606040" cy="51023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eaf38a76de8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510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Sketch the probability density function.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E(X).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072030" cy="77541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897adf53b06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72030" cy="775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In a block-building video game, a cube of side length X pixels is randomly generated. X is a continuous random variable with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350008" cy="51023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c6b281271ffb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50008" cy="510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Find:</w:t>
      </w:r>
    </w:p>
    <w:p>
      <w:pPr>
        <w:keepNext w:val="0"/>
        <w:ind w:left="720" w:hanging="357"/>
        <w:jc w:val="both"/>
      </w:pPr>
      <w:r>
        <w:t>i)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ii)</w:t>
        <w:tab/>
        <w:t>E(X²)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iii)</w:t>
        <w:tab/>
        <w:t>Var(X)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expected volume of the cube.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3D Mode, Median, Percentiles and Skewness</w:t>
      </w:r>
    </w:p>
    <w:p>
      <w:pPr>
        <w:keepNext w:val="0"/>
        <w:jc w:val="both"/>
      </w:pPr>
      <w:r>
        <w:t>The mode of a continuous random variable is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How to find the mode: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random variables X and Y have probability density functions f(x) and g(y) respectively.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318918" cy="49377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57f873d162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18918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704441" cy="49377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47f72aeaac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04441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 the mode of:</w:t>
      </w:r>
    </w:p>
    <w:p>
      <w:pPr>
        <w:keepNext w:val="0"/>
        <w:ind w:left="720" w:hanging="357"/>
        <w:jc w:val="both"/>
      </w:pPr>
      <w:r>
        <w:t>a)</w:t>
        <w:tab/>
        <w:t>X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Y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 is a continuous random variable with c.d.f. F(x):</w:t>
      </w:r>
    </w:p>
    <w:p>
      <w:pPr>
        <w:keepNext w:val="0"/>
        <w:jc w:val="both"/>
      </w:pPr>
      <w:r>
        <w:t xml:space="preserve">        the median m satisfies</w:t>
      </w:r>
    </w:p>
    <w:p>
      <w:pPr>
        <w:jc w:val="both"/>
      </w:pPr>
    </w:p>
    <w:p>
      <w:pPr>
        <w:keepNext w:val="0"/>
        <w:jc w:val="both"/>
      </w:pPr>
      <w:r>
        <w:t xml:space="preserve">        the lower quartile Q₁ satisfies</w:t>
      </w:r>
    </w:p>
    <w:p>
      <w:pPr>
        <w:jc w:val="both"/>
      </w:pPr>
    </w:p>
    <w:p>
      <w:pPr>
        <w:keepNext w:val="0"/>
        <w:jc w:val="both"/>
      </w:pPr>
      <w:r>
        <w:t xml:space="preserve">        the upper quartile Q₃ satisfies</w:t>
      </w:r>
    </w:p>
    <w:p>
      <w:pPr>
        <w:jc w:val="both"/>
      </w:pPr>
    </w:p>
    <w:p>
      <w:pPr>
        <w:keepNext w:val="0"/>
        <w:jc w:val="both"/>
      </w:pPr>
      <w:r>
        <w:t xml:space="preserve">        the nth percentile Pₙ satisfies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continuous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121408" cy="49377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0eefee0a889f8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21408" cy="4937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the c.d.f. of X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median value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continuous random variable X has the cumulative distribution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209190" cy="102229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b3fc0733c59b5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09190" cy="10222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the interquartile range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10th percentile.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Skewness: sketch and label each p.d.f.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124162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kew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41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 xml:space="preserve">        Positive skew:              &lt;              &lt;</w:t>
      </w:r>
    </w:p>
    <w:p>
      <w:pPr>
        <w:jc w:val="both"/>
      </w:pPr>
    </w:p>
    <w:p>
      <w:pPr>
        <w:keepNext w:val="0"/>
        <w:jc w:val="both"/>
      </w:pPr>
      <w:r>
        <w:t xml:space="preserve">        Negative skew:              &lt;              &lt;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A continuous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2035454" cy="775411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36668aaff0c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35454" cy="775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Find:</w:t>
      </w:r>
    </w:p>
    <w:p>
      <w:pPr>
        <w:keepNext w:val="0"/>
        <w:ind w:left="720" w:hanging="357"/>
        <w:jc w:val="both"/>
      </w:pPr>
      <w:r>
        <w:t>i)</w:t>
        <w:tab/>
        <w:t>the mean of X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ii)</w:t>
        <w:tab/>
        <w:t>the mode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Comment on the skewness of the distribution.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3E The Continuous Uniform Distribution</w:t>
      </w:r>
    </w:p>
    <w:p>
      <w:pPr>
        <w:keepNext/>
        <w:jc w:val="both"/>
      </w:pPr>
      <w:r>
        <w:t>A continuous uniform distribution over the interval [a, b] has p.d.f.</w:t>
      </w:r>
    </w:p>
    <w:p>
      <w:pPr>
        <w:keepNext w:val="0"/>
        <w:jc w:val="both"/>
      </w:pPr>
      <w:r>
        <w:t xml:space="preserve">        f(x)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Notation:</w:t>
      </w:r>
    </w:p>
    <w:p>
      <w:pPr>
        <w:jc w:val="both"/>
      </w:pPr>
    </w:p>
    <w:p>
      <w:pPr>
        <w:keepNext w:val="0"/>
        <w:jc w:val="both"/>
      </w:pPr>
      <w:r>
        <w:t>Sketch of the p.d.f.: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continuous random variable X is uniformly distributed on [3, 5]. Find:</w:t>
      </w:r>
    </w:p>
    <w:p>
      <w:pPr>
        <w:keepNext w:val="0"/>
        <w:ind w:left="720" w:hanging="357"/>
        <w:jc w:val="both"/>
      </w:pPr>
      <w:r>
        <w:t>a)</w:t>
        <w:tab/>
        <w:t>P(3.2 &lt; X &lt; 4.3)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k such that P(2X &lt; k − X) = 0.2.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continuous random variable X has p.d.f. as shown in the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197286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6q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197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the value of k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P(3 &lt; X &lt; 3.5)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P(X &gt; 3 | X &gt; 2)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continuous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611172" cy="51023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466b6d441f90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11172" cy="510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Write down the name of this distribution.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continuous random variable Y = 12 − 3X. Find:</w:t>
      </w:r>
    </w:p>
    <w:p>
      <w:pPr>
        <w:keepNext w:val="0"/>
        <w:ind w:left="720" w:hanging="357"/>
        <w:jc w:val="both"/>
      </w:pPr>
      <w:r>
        <w:t>b)</w:t>
        <w:tab/>
        <w:t>E(Y)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P(Y &gt; 0)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P(X &lt; 7 | Y &lt; 0)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continuous random variable X has probability density function</w:t>
      </w:r>
    </w:p>
    <w:p>
      <w:pPr>
        <w:keepNext/>
        <w:ind w:left="720"/>
        <w:jc w:val="left"/>
      </w:pPr>
      <w:r>
        <w:drawing>
          <wp:inline xmlns:a="http://schemas.openxmlformats.org/drawingml/2006/main" xmlns:pic="http://schemas.openxmlformats.org/drawingml/2006/picture">
            <wp:extent cx="1781251" cy="51023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faacd88d6f6f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81251" cy="510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Find:</w:t>
      </w:r>
    </w:p>
    <w:p>
      <w:pPr>
        <w:keepNext w:val="0"/>
        <w:ind w:left="720" w:hanging="357"/>
        <w:jc w:val="both"/>
      </w:pPr>
      <w:r>
        <w:t>a)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F(x)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For a continuous uniform distribution U[a, b]:</w:t>
      </w:r>
    </w:p>
    <w:p>
      <w:pPr>
        <w:keepNext w:val="0"/>
        <w:jc w:val="both"/>
      </w:pPr>
      <w:r>
        <w:t xml:space="preserve">        E(X) =                                         Var(X)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F(x)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The continuous random variable X is uniformly distributed over the interval [4, 7]. Find:</w:t>
      </w:r>
    </w:p>
    <w:p>
      <w:pPr>
        <w:keepNext w:val="0"/>
        <w:ind w:left="720" w:hanging="357"/>
        <w:jc w:val="both"/>
      </w:pPr>
      <w:r>
        <w:t>a)</w:t>
        <w:tab/>
        <w:t>E(X)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Var(X)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the cumulative distribution function of X, for all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6.</w:t>
        <w:tab/>
        <w:t>The continuous random variable Y is uniformly distributed over the interval [a, b]. Given that E(Y) = 1 and Var(Y) = 16/3, find the value of a and the value of b.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7.</w:t>
        <w:tab/>
        <w:t>The continuous random variable X is uniformly distributed over the interval [−3, 5].</w:t>
      </w:r>
    </w:p>
    <w:p>
      <w:pPr>
        <w:keepNext w:val="0"/>
        <w:ind w:left="720" w:hanging="357"/>
        <w:jc w:val="both"/>
      </w:pPr>
      <w:r>
        <w:t>a)</w:t>
        <w:tab/>
        <w:t>Write down E(X).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Use integration to find the variance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3F Modelling with the Continuous Uniform Distribution</w:t>
      </w:r>
    </w:p>
    <w:p>
      <w:pPr>
        <w:keepNext w:val="0"/>
        <w:jc w:val="both"/>
      </w:pPr>
      <w:r>
        <w:t>Real-life situations that can be modelled by a continuous uniform distribution: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Remember: E(X²) is not the same as (E(X))².  E(X²) =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trunk of a small tree varies in diameter from 10 cm at the bottom to 2 cm at the top. The tree is cut horizontally at a randomly chosen point, and the radius R cm of the cross-section is modelled as R ~ U[1, 5].</w:t>
      </w:r>
    </w:p>
    <w:p>
      <w:pPr>
        <w:keepNext/>
        <w:ind w:left="357"/>
        <w:jc w:val="both"/>
      </w:pPr>
      <w:r>
        <w:t>Find the expected value of the area, A, of the cross-section of the tree.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The length of a pencil is measured to the nearest cm. Write down the distribution of the rounding errors 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Write down the name of the distribution you would recommend as a suitable model for each of the following situations.</w:t>
      </w:r>
    </w:p>
    <w:p>
      <w:pPr>
        <w:keepNext w:val="0"/>
        <w:ind w:left="720" w:hanging="357"/>
        <w:jc w:val="both"/>
      </w:pPr>
      <w:r>
        <w:t>a)</w:t>
        <w:tab/>
        <w:t>The masses of 200 g tins of tomatoes produced on a production line.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difference between the true length and the length of metal rods measured to the nearest centimetre.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