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6C The F-Distribution</w:t>
      </w:r>
    </w:p>
    <w:p>
      <w:pPr>
        <w:keepNext w:val="0"/>
        <w:jc w:val="both"/>
      </w:pPr>
      <w:r>
        <w:t>What the F-test is used for: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For independent random samples of sizes nₓ and nᵧ from N(μₓ, σₓ²) and N(μᵧ, σᵧ²):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σₓ² = σᵧ² this becomes: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Order of the degrees of freedom ν₁ and ν₂: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Upper critical value Fᵥ₁,ᵥ₂(p):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609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09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Extract from the table of upper 5% critical values Fᵥ₁,ᵥ₂(0.05) (ν₁ along the top, ν₂ down the side):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ν₂\ν₁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24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161.4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199.5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215.7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224.6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230.2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234.0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238.9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241.9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243.9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249.1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18.51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19.00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19.16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19.25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19.30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19.33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19.37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19.40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19.41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19.46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10.13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9.55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9.28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9.12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9.01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8.94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8.85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8.79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8.74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8.64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7.71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6.94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6.59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6.39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6.26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6.16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6.04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5.96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5.91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5.77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6.61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5.79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5.41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5.19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5.05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4.95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4.82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4.74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4.68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4.53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5.99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5.14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4.76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4.53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4.39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4.28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4.15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4.06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4.00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3.84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5.59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4.74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4.35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3.97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3.87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3.73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3.64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3.57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3.41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5.32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4.46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4.07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3.84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3.69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3.58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3.44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3.35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3.28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3.12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9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5.12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4.26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3.86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3.63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3.48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3.37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3.23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3.07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2.90</w:t>
            </w:r>
          </w:p>
        </w:tc>
      </w:tr>
    </w:tbl>
    <w:p>
      <w:pPr>
        <w:jc w:val="both"/>
      </w:pPr>
    </w:p>
    <w:p>
      <w:pPr>
        <w:keepNext/>
        <w:pageBreakBefore/>
        <w:ind w:left="357" w:hanging="357"/>
        <w:jc w:val="both"/>
      </w:pPr>
      <w:r>
        <w:t>1.</w:t>
        <w:tab/>
        <w:t>Use the table to find:</w:t>
      </w:r>
    </w:p>
    <w:p>
      <w:pPr>
        <w:keepNext w:val="0"/>
        <w:ind w:left="720" w:hanging="357"/>
        <w:jc w:val="both"/>
      </w:pPr>
      <w:r>
        <w:t>a)</w:t>
        <w:tab/>
        <w:t>the F₅,₈(0.05) critical value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F₈,₅(0.05) critical value.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Lower critical values:   Fᵥ₁,ᵥ₂(1 − p)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Find upper critical values for:</w:t>
      </w:r>
    </w:p>
    <w:p>
      <w:pPr>
        <w:keepNext w:val="0"/>
        <w:ind w:left="720" w:hanging="357"/>
        <w:jc w:val="both"/>
      </w:pPr>
      <w:r>
        <w:t>a)</w:t>
        <w:tab/>
        <w:t>F₈,₁₀(0.95)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F₁₀,₈(0.95)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Find the lower and upper 5% critical values for an Fₐ,ᵦ-distribution in each of the following cases:</w:t>
      </w:r>
    </w:p>
    <w:p>
      <w:pPr>
        <w:keepNext w:val="0"/>
        <w:ind w:left="720" w:hanging="357"/>
        <w:jc w:val="both"/>
      </w:pPr>
      <w:r>
        <w:t>a)</w:t>
        <w:tab/>
        <w:t>a = 6, b = 10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a = 12, b = 8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random variable X follows an F-distribution with 8 and 10 degrees of freedom.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512000" cy="2966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_ex7q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2966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5.</w:t>
        <w:tab/>
        <w:t>The random variable X follows an F₆,₁₂-distribution. Find P(X &lt; 0.25).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