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6B Hypothesis Testing for the Variance of a Normal Distribution</w:t>
      </w:r>
    </w:p>
    <w:p>
      <w:pPr>
        <w:keepNext w:val="0"/>
        <w:jc w:val="both"/>
      </w:pPr>
      <w:r>
        <w:t>Hypotheses for a test of the variance are written in terms of: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Test statistic and its distribution if H₀ is true: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both"/>
      </w:pPr>
      <w:r>
        <w:t>The seven steps for a test of the variance of a normal distribution:</w:t>
      </w:r>
    </w:p>
    <w:p>
      <w:pPr>
        <w:keepNext/>
        <w:ind w:left="357"/>
        <w:jc w:val="both"/>
      </w:pPr>
      <w:r>
        <w:t>1</w:t>
      </w:r>
    </w:p>
    <w:p>
      <w:pPr>
        <w:keepNext/>
        <w:ind w:left="357"/>
        <w:jc w:val="both"/>
      </w:pPr>
      <w:r>
        <w:t>2</w:t>
      </w:r>
    </w:p>
    <w:p>
      <w:pPr>
        <w:keepNext/>
        <w:ind w:left="357"/>
        <w:jc w:val="both"/>
      </w:pPr>
      <w:r>
        <w:t>3</w:t>
      </w:r>
    </w:p>
    <w:p>
      <w:pPr>
        <w:keepNext/>
        <w:ind w:left="357"/>
        <w:jc w:val="both"/>
      </w:pPr>
      <w:r>
        <w:t>4</w:t>
      </w:r>
    </w:p>
    <w:p>
      <w:pPr>
        <w:keepNext/>
        <w:ind w:left="357"/>
        <w:jc w:val="both"/>
      </w:pPr>
      <w:r>
        <w:t>5</w:t>
      </w:r>
    </w:p>
    <w:p>
      <w:pPr>
        <w:keepNext/>
        <w:ind w:left="357"/>
        <w:jc w:val="both"/>
      </w:pPr>
      <w:r>
        <w:t>6</w:t>
      </w:r>
    </w:p>
    <w:p>
      <w:pPr>
        <w:keepNext/>
        <w:ind w:left="357"/>
        <w:jc w:val="both"/>
      </w:pPr>
      <w:r>
        <w:t>7</w:t>
      </w:r>
    </w:p>
    <w:p>
      <w:pPr>
        <w:jc w:val="both"/>
      </w:pPr>
    </w:p>
    <w:p>
      <w:pPr>
        <w:keepNext w:val="0"/>
        <w:jc w:val="both"/>
      </w:pPr>
      <w:r>
        <w:t>Two-tailed tests (the χ² distribution is not symmetrical):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A random sample of 12 observations is taken from a normal distribution with a variance of σ². The unbiased estimate of the population variance is calculated as 0.015.</w:t>
      </w:r>
    </w:p>
    <w:p>
      <w:pPr>
        <w:keepNext/>
        <w:ind w:left="357"/>
        <w:jc w:val="both"/>
      </w:pPr>
      <w:r>
        <w:t>Test, at the 5% level, the null hypothesis that σ² = 0.025 against the alternative hypothesis that σ² ≠ 0.025.</w:t>
      </w:r>
    </w:p>
    <w:p>
      <w:pPr>
        <w:jc w:val="both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40000" cy="16092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i_blan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6092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