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6A Variance of a Normal Distribution</w:t>
      </w:r>
    </w:p>
    <w:p>
      <w:pPr>
        <w:keepNext w:val="0"/>
        <w:jc w:val="both"/>
      </w:pPr>
      <w:r>
        <w:t>Unbiased estimate of the population variance σ²:   s²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X₁, X₂, …, Xₙ is a random sample from N(μ, σ²), the distribution of (n − 1)S²/σ² is: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Using the table of percentage points of the χ² distribution: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6092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_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609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both"/>
      </w:pPr>
      <w:r>
        <w:t>100(1 − α)% confidence interval for the variance σ² of a normal distribution: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Confidence interval for the standard deviation σ: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In order to determine the accuracy of a new rifle, 8 marksmen were selected at random to fire the rifle at a target. The distances x, in mm, of the 8 shots from the centre of the target were as follows:</w:t>
      </w:r>
    </w:p>
    <w:p>
      <w:pPr>
        <w:keepNext/>
        <w:ind w:left="357"/>
        <w:jc w:val="both"/>
      </w:pPr>
      <w:r>
        <w:t xml:space="preserve">        10,    14,    12,    8,    6,    11,    18,    14</w:t>
      </w:r>
    </w:p>
    <w:p>
      <w:pPr>
        <w:keepNext/>
        <w:ind w:left="357"/>
        <w:jc w:val="both"/>
      </w:pPr>
      <w:r>
        <w:t>Assuming that the distances are normally distributed, find a 95% confidence interval for the variance.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pageBreakBefore/>
        <w:ind w:left="357" w:hanging="357"/>
        <w:jc w:val="both"/>
      </w:pPr>
      <w:r>
        <w:t>2.</w:t>
        <w:tab/>
        <w:t>A company manufactures 12 amp electrical fuses. A random sample of 10 fuses was taken from a batch and the failure current (X) measured for each. The results are summarised below:</w:t>
      </w:r>
    </w:p>
    <w:p>
      <w:pPr>
        <w:keepNext/>
        <w:ind w:left="357"/>
        <w:jc w:val="both"/>
      </w:pPr>
      <w:r>
        <w:t xml:space="preserve">        Σx = 118.9        Σx² = 1414.89</w:t>
      </w:r>
    </w:p>
    <w:p>
      <w:pPr>
        <w:keepNext/>
        <w:ind w:left="357"/>
        <w:jc w:val="both"/>
      </w:pPr>
      <w:r>
        <w:t>Assume that the data can be regarded as a random sample from a normal population.</w:t>
      </w:r>
    </w:p>
    <w:p>
      <w:pPr>
        <w:keepNext w:val="0"/>
        <w:ind w:left="720" w:hanging="357"/>
        <w:jc w:val="both"/>
      </w:pPr>
      <w:r>
        <w:t>a)</w:t>
        <w:tab/>
        <w:t>Calculate an unbiased estimate for the variance of the batch based upon the sample.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Use your estimate from part a to calculate a 95% confidence interval for the standard deviation.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