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2"/>
          <w:u w:val="single"/>
        </w:rPr>
        <w:t>5A Estimators, Bias and Standard Error</w:t>
      </w:r>
    </w:p>
    <w:p>
      <w:pPr>
        <w:keepNext w:val="0"/>
        <w:jc w:val="both"/>
      </w:pPr>
      <w:r>
        <w:t>Random sample of size n:</w:t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keepNext w:val="0"/>
        <w:jc w:val="both"/>
      </w:pPr>
      <w:r>
        <w:t>Statistic:</w:t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keepNext/>
        <w:ind w:left="357" w:hanging="357"/>
        <w:jc w:val="both"/>
      </w:pPr>
      <w:r>
        <w:t>1.</w:t>
        <w:tab/>
        <w:t>A sample, X₁, X₂, …, Xₙ, is taken from a population with unknown population parameters μ and σ. State whether or not each of the following are statistics.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4572000" cy="4154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n_ex1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572000" cy="4154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keepNext w:val="0"/>
        <w:jc w:val="both"/>
      </w:pPr>
      <w:r>
        <w:t>Sampling distribution of a statistic T:</w:t>
      </w:r>
    </w:p>
    <w:p>
      <w:pPr>
        <w:jc w:val="both"/>
      </w:pPr>
    </w:p>
    <w:p>
      <w:pPr>
        <w:jc w:val="both"/>
      </w:pPr>
    </w:p>
    <w:p>
      <w:pPr>
        <w:keepNext/>
        <w:ind w:left="357" w:hanging="357"/>
        <w:jc w:val="both"/>
      </w:pPr>
      <w:r>
        <w:t>2.</w:t>
        <w:tab/>
        <w:t>The weights, in grams, of a consignment of apples are normally distributed with a mean μ and standard deviation 4. A random sample of size 25 is taken and the statistics R and T are calculated as follows:</w:t>
      </w:r>
    </w:p>
    <w:p>
      <w:pPr>
        <w:keepNext/>
        <w:ind w:left="357"/>
        <w:jc w:val="both"/>
      </w:pPr>
      <w:r>
        <w:t>R = X₂₅ − X₁   and   T = X₁ + X₂ + … + X₂₅</w:t>
      </w:r>
    </w:p>
    <w:p>
      <w:pPr>
        <w:keepNext/>
        <w:ind w:left="357"/>
        <w:jc w:val="both"/>
      </w:pPr>
      <w:r>
        <w:t>Find the distributions of R and T.</w:t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r>
        <w:br w:type="page"/>
      </w:r>
    </w:p>
    <w:p>
      <w:pPr>
        <w:keepNext/>
        <w:ind w:left="357" w:hanging="357"/>
        <w:jc w:val="both"/>
      </w:pPr>
      <w:r>
        <w:t>3.</w:t>
        <w:tab/>
        <w:t>A large bag contains counters. 60% of the counters have the number 0 on them and 40% have the number 1.</w:t>
      </w:r>
    </w:p>
    <w:p>
      <w:pPr>
        <w:keepNext/>
        <w:ind w:left="720" w:hanging="357"/>
        <w:jc w:val="both"/>
      </w:pPr>
      <w:r>
        <w:t>a)</w:t>
        <w:tab/>
        <w:t>Find the population mean μ and population variance σ² of the values shown on the counters.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360"/>
        <w:gridCol w:w="907"/>
        <w:gridCol w:w="907"/>
      </w:tblGrid>
      <w:tr>
        <w:trPr>
          <w:trHeight w:val="369"/>
          <w:cantSplit/>
        </w:trPr>
        <w:tc>
          <w:tcPr>
            <w:tcW w:type="dxa" w:w="1361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x</w:t>
            </w:r>
          </w:p>
        </w:tc>
        <w:tc>
          <w:tcPr>
            <w:tcW w:type="dxa" w:w="907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0</w:t>
            </w:r>
          </w:p>
        </w:tc>
        <w:tc>
          <w:tcPr>
            <w:tcW w:type="dxa" w:w="907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1</w:t>
            </w:r>
          </w:p>
        </w:tc>
      </w:tr>
      <w:tr>
        <w:trPr>
          <w:trHeight w:val="369"/>
          <w:cantSplit/>
        </w:trPr>
        <w:tc>
          <w:tcPr>
            <w:tcW w:type="dxa" w:w="1361"/>
          </w:tcPr>
          <w:p>
            <w:pPr>
              <w:jc w:val="center"/>
            </w:pPr>
            <w:r>
              <w:rPr>
                <w:b/>
                <w:sz w:val="22"/>
              </w:rPr>
              <w:t>P(X = x)</w:t>
            </w:r>
          </w:p>
        </w:tc>
        <w:tc>
          <w:tcPr>
            <w:tcW w:type="dxa" w:w="907"/>
          </w:tcPr>
          <w:p>
            <w:pPr>
              <w:jc w:val="center"/>
            </w:pPr>
            <w:r>
              <w:rPr>
                <w:sz w:val="22"/>
              </w:rPr>
            </w:r>
          </w:p>
        </w:tc>
        <w:tc>
          <w:tcPr>
            <w:tcW w:type="dxa" w:w="907"/>
          </w:tcPr>
          <w:p>
            <w:pPr>
              <w:jc w:val="center"/>
            </w:pPr>
            <w:r>
              <w:rPr>
                <w:sz w:val="22"/>
              </w:rPr>
            </w:r>
          </w:p>
        </w:tc>
      </w:tr>
    </w:tbl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keepNext/>
        <w:ind w:left="357"/>
        <w:jc w:val="both"/>
      </w:pPr>
      <w:r>
        <w:t>A simple random sample of size 3 is taken from this population.</w:t>
      </w:r>
    </w:p>
    <w:p>
      <w:pPr>
        <w:keepNext w:val="0"/>
        <w:ind w:left="720" w:hanging="357"/>
        <w:jc w:val="both"/>
      </w:pPr>
      <w:r>
        <w:t>b)</w:t>
        <w:tab/>
        <w:t>List all the possible observations from this sample.</w:t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keepNext/>
        <w:ind w:left="720" w:hanging="357"/>
        <w:jc w:val="both"/>
      </w:pPr>
      <w:r>
        <w:t>c)</w:t>
        <w:tab/>
        <w:t>Find the sampling distribution for the mean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1224000" cy="369405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n_ex3c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224000" cy="36940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  <w:ind w:left="357"/>
        <w:jc w:val="both"/>
      </w:pPr>
      <w:r>
        <w:t>where X₁, X₂ and X₃ are the values shown on the three counters in the sample.</w:t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360"/>
        <w:gridCol w:w="907"/>
        <w:gridCol w:w="907"/>
        <w:gridCol w:w="907"/>
        <w:gridCol w:w="907"/>
      </w:tblGrid>
      <w:tr>
        <w:trPr>
          <w:trHeight w:val="369"/>
          <w:cantSplit/>
        </w:trPr>
        <w:tc>
          <w:tcPr>
            <w:tcW w:type="dxa" w:w="1361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x̄</w:t>
            </w:r>
          </w:p>
        </w:tc>
        <w:tc>
          <w:tcPr>
            <w:tcW w:type="dxa" w:w="907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0</w:t>
            </w:r>
          </w:p>
        </w:tc>
        <w:tc>
          <w:tcPr>
            <w:tcW w:type="dxa" w:w="907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⅓</w:t>
            </w:r>
          </w:p>
        </w:tc>
        <w:tc>
          <w:tcPr>
            <w:tcW w:type="dxa" w:w="907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⅔</w:t>
            </w:r>
          </w:p>
        </w:tc>
        <w:tc>
          <w:tcPr>
            <w:tcW w:type="dxa" w:w="907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1</w:t>
            </w:r>
          </w:p>
        </w:tc>
      </w:tr>
      <w:tr>
        <w:trPr>
          <w:trHeight w:val="369"/>
          <w:cantSplit/>
        </w:trPr>
        <w:tc>
          <w:tcPr>
            <w:tcW w:type="dxa" w:w="1361"/>
          </w:tcPr>
          <w:p>
            <w:pPr>
              <w:jc w:val="center"/>
            </w:pPr>
            <w:r>
              <w:rPr>
                <w:b/>
                <w:sz w:val="22"/>
              </w:rPr>
              <w:t>P(X̄ = x̄)</w:t>
            </w:r>
          </w:p>
        </w:tc>
        <w:tc>
          <w:tcPr>
            <w:tcW w:type="dxa" w:w="907"/>
          </w:tcPr>
          <w:p>
            <w:pPr>
              <w:jc w:val="center"/>
            </w:pPr>
            <w:r>
              <w:rPr>
                <w:sz w:val="22"/>
              </w:rPr>
            </w:r>
          </w:p>
        </w:tc>
        <w:tc>
          <w:tcPr>
            <w:tcW w:type="dxa" w:w="907"/>
          </w:tcPr>
          <w:p>
            <w:pPr>
              <w:jc w:val="center"/>
            </w:pPr>
            <w:r>
              <w:rPr>
                <w:sz w:val="22"/>
              </w:rPr>
            </w:r>
          </w:p>
        </w:tc>
        <w:tc>
          <w:tcPr>
            <w:tcW w:type="dxa" w:w="907"/>
          </w:tcPr>
          <w:p>
            <w:pPr>
              <w:jc w:val="center"/>
            </w:pPr>
            <w:r>
              <w:rPr>
                <w:sz w:val="22"/>
              </w:rPr>
            </w:r>
          </w:p>
        </w:tc>
        <w:tc>
          <w:tcPr>
            <w:tcW w:type="dxa" w:w="907"/>
          </w:tcPr>
          <w:p>
            <w:pPr>
              <w:jc w:val="center"/>
            </w:pPr>
            <w:r>
              <w:rPr>
                <w:sz w:val="22"/>
              </w:rPr>
            </w:r>
          </w:p>
        </w:tc>
      </w:tr>
    </w:tbl>
    <w:p>
      <w:pPr>
        <w:jc w:val="both"/>
      </w:pPr>
    </w:p>
    <w:p>
      <w:pPr>
        <w:keepNext w:val="0"/>
        <w:ind w:left="720" w:hanging="357"/>
        <w:jc w:val="both"/>
      </w:pPr>
      <w:r>
        <w:t>d)</w:t>
        <w:tab/>
        <w:t>Hence find E(X̄) and Var(X̄).</w:t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keepNext w:val="0"/>
        <w:ind w:left="720" w:hanging="357"/>
        <w:jc w:val="both"/>
      </w:pPr>
      <w:r>
        <w:t>e)</w:t>
        <w:tab/>
        <w:t>Find the sampling distribution for the mode, M.</w:t>
      </w:r>
    </w:p>
    <w:p>
      <w:pPr>
        <w:jc w:val="both"/>
      </w:pPr>
    </w:p>
    <w:p>
      <w:pPr>
        <w:jc w:val="both"/>
      </w:pPr>
    </w:p>
    <w:p>
      <w:pPr>
        <w:jc w:val="both"/>
      </w:pP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360"/>
        <w:gridCol w:w="907"/>
        <w:gridCol w:w="907"/>
      </w:tblGrid>
      <w:tr>
        <w:trPr>
          <w:trHeight w:val="369"/>
          <w:cantSplit/>
        </w:trPr>
        <w:tc>
          <w:tcPr>
            <w:tcW w:type="dxa" w:w="1361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m</w:t>
            </w:r>
          </w:p>
        </w:tc>
        <w:tc>
          <w:tcPr>
            <w:tcW w:type="dxa" w:w="907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0</w:t>
            </w:r>
          </w:p>
        </w:tc>
        <w:tc>
          <w:tcPr>
            <w:tcW w:type="dxa" w:w="907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1</w:t>
            </w:r>
          </w:p>
        </w:tc>
      </w:tr>
      <w:tr>
        <w:trPr>
          <w:trHeight w:val="369"/>
          <w:cantSplit/>
        </w:trPr>
        <w:tc>
          <w:tcPr>
            <w:tcW w:type="dxa" w:w="1361"/>
          </w:tcPr>
          <w:p>
            <w:pPr>
              <w:jc w:val="center"/>
            </w:pPr>
            <w:r>
              <w:rPr>
                <w:b/>
                <w:sz w:val="22"/>
              </w:rPr>
              <w:t>P(M = m)</w:t>
            </w:r>
          </w:p>
        </w:tc>
        <w:tc>
          <w:tcPr>
            <w:tcW w:type="dxa" w:w="907"/>
          </w:tcPr>
          <w:p>
            <w:pPr>
              <w:jc w:val="center"/>
            </w:pPr>
            <w:r>
              <w:rPr>
                <w:sz w:val="22"/>
              </w:rPr>
            </w:r>
          </w:p>
        </w:tc>
        <w:tc>
          <w:tcPr>
            <w:tcW w:type="dxa" w:w="907"/>
          </w:tcPr>
          <w:p>
            <w:pPr>
              <w:jc w:val="center"/>
            </w:pPr>
            <w:r>
              <w:rPr>
                <w:sz w:val="22"/>
              </w:rPr>
            </w:r>
          </w:p>
        </w:tc>
      </w:tr>
    </w:tbl>
    <w:p>
      <w:pPr>
        <w:jc w:val="both"/>
      </w:pPr>
    </w:p>
    <w:p>
      <w:pPr>
        <w:keepNext w:val="0"/>
        <w:ind w:left="720" w:hanging="357"/>
        <w:jc w:val="both"/>
      </w:pPr>
      <w:r>
        <w:t>f)</w:t>
        <w:tab/>
        <w:t>Hence find E(M) and Var(M).</w:t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r>
        <w:br w:type="page"/>
      </w:r>
    </w:p>
    <w:p>
      <w:pPr>
        <w:keepNext w:val="0"/>
        <w:jc w:val="both"/>
      </w:pPr>
      <w:r>
        <w:t>Estimator and estimate:</w:t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keepNext w:val="0"/>
        <w:ind w:left="357" w:hanging="357"/>
        <w:jc w:val="both"/>
      </w:pPr>
      <w:r>
        <w:t>4.</w:t>
        <w:tab/>
        <w:t>A random sample X₁, X₂, …, Xₙ is taken from a population with X ~ N(μ, σ²). Show that E(X̄) = μ.</w:t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keepNext w:val="0"/>
        <w:jc w:val="both"/>
      </w:pPr>
      <w:r>
        <w:t>Unbiased estimator:</w:t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keepNext w:val="0"/>
        <w:jc w:val="both"/>
      </w:pPr>
      <w:r>
        <w:t>Bias:</w:t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keepNext w:val="0"/>
        <w:jc w:val="both"/>
      </w:pPr>
      <w:r>
        <w:t>Unbiased estimator for σ² (the sample variance S²) and ways to calculate s²:</w:t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keepNext/>
        <w:ind w:left="357" w:hanging="357"/>
        <w:jc w:val="both"/>
      </w:pPr>
      <w:r>
        <w:t>5.</w:t>
        <w:tab/>
        <w:t>A random sample X₁, X₂, …, Xₙ is taken from a population with X ~ N(μ, σ²).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1620000" cy="373846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n_ex5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620000" cy="37384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r>
        <w:br w:type="page"/>
      </w:r>
    </w:p>
    <w:p>
      <w:pPr>
        <w:keepNext w:val="0"/>
        <w:jc w:val="both"/>
      </w:pPr>
      <w:r>
        <w:t>Standard error:</w:t>
      </w:r>
    </w:p>
    <w:p>
      <w:pPr>
        <w:jc w:val="both"/>
      </w:pPr>
    </w:p>
    <w:p>
      <w:pPr>
        <w:jc w:val="both"/>
      </w:pPr>
    </w:p>
    <w:p>
      <w:pPr>
        <w:keepNext w:val="0"/>
        <w:jc w:val="both"/>
      </w:pPr>
      <w:r>
        <w:t>Standard error of X̄:</w:t>
      </w:r>
    </w:p>
    <w:p>
      <w:pPr>
        <w:jc w:val="both"/>
      </w:pPr>
    </w:p>
    <w:p>
      <w:pPr>
        <w:jc w:val="both"/>
      </w:pPr>
    </w:p>
    <w:p>
      <w:pPr>
        <w:keepNext/>
        <w:ind w:left="357" w:hanging="357"/>
        <w:jc w:val="both"/>
      </w:pPr>
      <w:r>
        <w:t>6.</w:t>
        <w:tab/>
        <w:t>The table below summarises the number of breakdowns, X, on a town’s bypass on 30 randomly chosen days.</w:t>
      </w:r>
    </w:p>
    <w:p>
      <w:pPr>
        <w:jc w:val="both"/>
      </w:pP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268"/>
        <w:gridCol w:w="623"/>
        <w:gridCol w:w="623"/>
        <w:gridCol w:w="623"/>
        <w:gridCol w:w="623"/>
        <w:gridCol w:w="623"/>
        <w:gridCol w:w="623"/>
        <w:gridCol w:w="623"/>
        <w:gridCol w:w="623"/>
      </w:tblGrid>
      <w:tr>
        <w:trPr>
          <w:trHeight w:val="369"/>
          <w:cantSplit/>
        </w:trPr>
        <w:tc>
          <w:tcPr>
            <w:tcW w:type="dxa" w:w="2268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Number of breakdowns</w:t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2</w:t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3</w:t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4</w:t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5</w:t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6</w:t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7</w:t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8</w:t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9</w:t>
            </w:r>
          </w:p>
        </w:tc>
      </w:tr>
      <w:tr>
        <w:trPr>
          <w:trHeight w:val="369"/>
          <w:cantSplit/>
        </w:trPr>
        <w:tc>
          <w:tcPr>
            <w:tcW w:type="dxa" w:w="2268"/>
          </w:tcPr>
          <w:p>
            <w:pPr>
              <w:jc w:val="center"/>
            </w:pPr>
            <w:r>
              <w:rPr>
                <w:b/>
                <w:sz w:val="22"/>
              </w:rPr>
              <w:t>Number of days</w:t>
            </w:r>
          </w:p>
        </w:tc>
        <w:tc>
          <w:tcPr>
            <w:tcW w:type="dxa" w:w="624"/>
          </w:tcPr>
          <w:p>
            <w:pPr>
              <w:jc w:val="center"/>
            </w:pPr>
            <w:r>
              <w:rPr>
                <w:sz w:val="22"/>
              </w:rPr>
              <w:t>3</w:t>
            </w:r>
          </w:p>
        </w:tc>
        <w:tc>
          <w:tcPr>
            <w:tcW w:type="dxa" w:w="624"/>
          </w:tcPr>
          <w:p>
            <w:pPr>
              <w:jc w:val="center"/>
            </w:pPr>
            <w:r>
              <w:rPr>
                <w:sz w:val="22"/>
              </w:rPr>
              <w:t>5</w:t>
            </w:r>
          </w:p>
        </w:tc>
        <w:tc>
          <w:tcPr>
            <w:tcW w:type="dxa" w:w="624"/>
          </w:tcPr>
          <w:p>
            <w:pPr>
              <w:jc w:val="center"/>
            </w:pPr>
            <w:r>
              <w:rPr>
                <w:sz w:val="22"/>
              </w:rPr>
              <w:t>4</w:t>
            </w:r>
          </w:p>
        </w:tc>
        <w:tc>
          <w:tcPr>
            <w:tcW w:type="dxa" w:w="624"/>
          </w:tcPr>
          <w:p>
            <w:pPr>
              <w:jc w:val="center"/>
            </w:pPr>
            <w:r>
              <w:rPr>
                <w:sz w:val="22"/>
              </w:rPr>
              <w:t>3</w:t>
            </w:r>
          </w:p>
        </w:tc>
        <w:tc>
          <w:tcPr>
            <w:tcW w:type="dxa" w:w="624"/>
          </w:tcPr>
          <w:p>
            <w:pPr>
              <w:jc w:val="center"/>
            </w:pPr>
            <w:r>
              <w:rPr>
                <w:sz w:val="22"/>
              </w:rPr>
              <w:t>5</w:t>
            </w:r>
          </w:p>
        </w:tc>
        <w:tc>
          <w:tcPr>
            <w:tcW w:type="dxa" w:w="624"/>
          </w:tcPr>
          <w:p>
            <w:pPr>
              <w:jc w:val="center"/>
            </w:pPr>
            <w:r>
              <w:rPr>
                <w:sz w:val="22"/>
              </w:rPr>
              <w:t>4</w:t>
            </w:r>
          </w:p>
        </w:tc>
        <w:tc>
          <w:tcPr>
            <w:tcW w:type="dxa" w:w="624"/>
          </w:tcPr>
          <w:p>
            <w:pPr>
              <w:jc w:val="center"/>
            </w:pPr>
            <w:r>
              <w:rPr>
                <w:sz w:val="22"/>
              </w:rPr>
              <w:t>4</w:t>
            </w:r>
          </w:p>
        </w:tc>
        <w:tc>
          <w:tcPr>
            <w:tcW w:type="dxa" w:w="624"/>
          </w:tcPr>
          <w:p>
            <w:pPr>
              <w:jc w:val="center"/>
            </w:pPr>
            <w:r>
              <w:rPr>
                <w:sz w:val="22"/>
              </w:rPr>
              <w:t>2</w:t>
            </w:r>
          </w:p>
        </w:tc>
      </w:tr>
    </w:tbl>
    <w:p>
      <w:pPr>
        <w:jc w:val="both"/>
      </w:pPr>
    </w:p>
    <w:p>
      <w:pPr>
        <w:keepNext w:val="0"/>
        <w:ind w:left="720" w:hanging="357"/>
        <w:jc w:val="both"/>
      </w:pPr>
      <w:r>
        <w:t>a)</w:t>
        <w:tab/>
        <w:t>Calculate unbiased estimates of the mean and variance of the number of breakdowns.</w:t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keepNext/>
        <w:ind w:left="357"/>
        <w:jc w:val="both"/>
      </w:pPr>
      <w:r>
        <w:t>20 more days were randomly sampled and this sample had x̄ = 6.0 and s² = 5.0.</w:t>
      </w:r>
    </w:p>
    <w:p>
      <w:pPr>
        <w:keepNext w:val="0"/>
        <w:ind w:left="720" w:hanging="357"/>
        <w:jc w:val="both"/>
      </w:pPr>
      <w:r>
        <w:t>b)</w:t>
        <w:tab/>
        <w:t>Treating the 50 results as a single sample, obtain further unbiased estimates of the population mean and variance.</w:t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keepNext w:val="0"/>
        <w:ind w:left="720" w:hanging="357"/>
        <w:jc w:val="both"/>
      </w:pPr>
      <w:r>
        <w:t>c)</w:t>
        <w:tab/>
        <w:t>Find the standard error of this new estimate of the mean.</w:t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keepNext w:val="0"/>
        <w:ind w:left="720" w:hanging="357"/>
        <w:jc w:val="both"/>
      </w:pPr>
      <w:r>
        <w:t>d)</w:t>
        <w:tab/>
        <w:t>Estimate the size of sample required to achieve a standard error of less than 0.25.</w:t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sectPr w:rsidR="00FC693F" w:rsidRPr="0006063C" w:rsidSect="00034616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59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Relationship Id="rId1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