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3E The Continuous Uniform Distribution</w:t>
      </w:r>
    </w:p>
    <w:p>
      <w:pPr>
        <w:keepNext/>
        <w:jc w:val="both"/>
      </w:pPr>
      <w:r>
        <w:t>A continuous uniform distribution over the interval [a, b] has p.d.f.</w:t>
      </w:r>
    </w:p>
    <w:p>
      <w:pPr>
        <w:keepNext w:val="0"/>
        <w:jc w:val="both"/>
      </w:pPr>
      <w:r>
        <w:t xml:space="preserve">        f(x)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keepNext w:val="0"/>
        <w:jc w:val="both"/>
      </w:pPr>
      <w:r>
        <w:t>Sketch of the p.d.f.: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continuous random variable X is uniformly distributed on [3, 5]. Find:</w:t>
      </w:r>
    </w:p>
    <w:p>
      <w:pPr>
        <w:keepNext w:val="0"/>
        <w:ind w:left="720" w:hanging="357"/>
        <w:jc w:val="both"/>
      </w:pPr>
      <w:r>
        <w:t>a)</w:t>
        <w:tab/>
        <w:t>P(3.2 &lt; X &lt; 4.3)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k such that P(2X &lt; k − X) = 0.2.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continuous random variable X has p.d.f. as shown in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197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6q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197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value of k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P(3 &lt; X &lt; 3.5)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&gt; 3 | X &gt; 2)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11172" cy="5102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466b6d441f9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1172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name of this distribution.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continuous random variable Y = 12 − 3X. Find:</w:t>
      </w:r>
    </w:p>
    <w:p>
      <w:pPr>
        <w:keepNext w:val="0"/>
        <w:ind w:left="720" w:hanging="357"/>
        <w:jc w:val="both"/>
      </w:pPr>
      <w:r>
        <w:t>b)</w:t>
        <w:tab/>
        <w:t>E(Y)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P(Y &gt; 0)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P(X &lt; 7 | Y &lt; 0)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81251" cy="51023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faacd88d6f6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1251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For a continuous uniform distribution U[a, b]:</w:t>
      </w:r>
    </w:p>
    <w:p>
      <w:pPr>
        <w:keepNext w:val="0"/>
        <w:jc w:val="both"/>
      </w:pPr>
      <w:r>
        <w:t xml:space="preserve">        E(X) =                                         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F(x)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continuous random variable X is uniformly distributed over the interval [4, 7]. 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the cumulative distribution function of X, for all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6.</w:t>
        <w:tab/>
        <w:t>The continuous random variable Y is uniformly distributed over the interval [a, b]. Given that E(Y) = 1 and Var(Y) = 16/3, find the value of a and the value of b.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The continuous random variable X is uniformly distributed over the interval [−3, 5].</w:t>
      </w:r>
    </w:p>
    <w:p>
      <w:pPr>
        <w:keepNext w:val="0"/>
        <w:ind w:left="720" w:hanging="357"/>
        <w:jc w:val="both"/>
      </w:pPr>
      <w:r>
        <w:t>a)</w:t>
        <w:tab/>
        <w:t>Write down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integration to find the variance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