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3C Mean and Variance of a Continuous Distribution</w:t>
      </w:r>
    </w:p>
    <w:p>
      <w:pPr>
        <w:keepNext/>
        <w:jc w:val="both"/>
      </w:pPr>
      <w:r>
        <w:t>If X is a continuous random variable with p.d.f. f(x):</w:t>
      </w:r>
    </w:p>
    <w:p>
      <w:pPr>
        <w:keepNext w:val="0"/>
        <w:jc w:val="both"/>
      </w:pPr>
      <w:r>
        <w:t xml:space="preserve">        Mean or expected value:   E(X) = µ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Variance:   Var(X) = σ²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Expected value of a function of X:   E(g(X))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A convenient way to calculate the variance:   Var(X)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E(aX + b) =                                         Var(aX + b)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p.d.f. is symmetric about x = a, then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random variable Y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671523" cy="5047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27bc6cad442a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1523" cy="504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E(Y)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Var(Y)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E(2Y − 3)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Var(2Y − 3)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606040" cy="5102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eaf38a76de8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510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Sketch the probability density function.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E(X).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072030" cy="77541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897adf53b06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72030" cy="775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E(X)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Var(X)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In a block-building video game, a cube of side length X pixels is randomly generated. X is a continuous random variable with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350008" cy="51023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c6b281271ff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50008" cy="510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Find:</w:t>
      </w:r>
    </w:p>
    <w:p>
      <w:pPr>
        <w:keepNext w:val="0"/>
        <w:ind w:left="720" w:hanging="357"/>
        <w:jc w:val="both"/>
      </w:pPr>
      <w:r>
        <w:t>i)</w:t>
        <w:tab/>
        <w:t>E(X)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ii)</w:t>
        <w:tab/>
        <w:t>E(X²)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iii)</w:t>
        <w:tab/>
        <w:t>Var(X)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expected volume of the cube.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