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3A Continuous Random Variables</w:t>
      </w:r>
    </w:p>
    <w:p>
      <w:pPr>
        <w:keepNext w:val="0"/>
        <w:jc w:val="both"/>
      </w:pPr>
      <w:r>
        <w:t>Continuous random variable: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For a continuous random variable X, P(X = x) =                  for any single value x, because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Probability density function (p.d.f.):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If X is a continuous random variable with p.d.f. f(x), then:</w:t>
      </w:r>
    </w:p>
    <w:p>
      <w:pPr>
        <w:keepNext w:val="0"/>
        <w:jc w:val="both"/>
      </w:pPr>
      <w:r>
        <w:t xml:space="preserve">        •   f(x)                       for all x ∈ ℝ</w:t>
      </w:r>
    </w:p>
    <w:p>
      <w:pPr>
        <w:jc w:val="both"/>
      </w:pPr>
    </w:p>
    <w:p>
      <w:pPr>
        <w:keepNext w:val="0"/>
        <w:jc w:val="both"/>
      </w:pPr>
      <w:r>
        <w:t xml:space="preserve">        •   P(a &lt; X &lt; b)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•   the total area under the p.d.f. is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In each case, state whether the function could be a probability density function, where k is a positive constant.</w:t>
      </w:r>
    </w:p>
    <w:p>
      <w:pPr>
        <w:keepNext w:val="0"/>
        <w:ind w:left="720" w:hanging="357"/>
        <w:jc w:val="left"/>
      </w:pPr>
      <w:r/>
      <w:r>
        <w:drawing>
          <wp:inline xmlns:a="http://schemas.openxmlformats.org/drawingml/2006/main" xmlns:pic="http://schemas.openxmlformats.org/drawingml/2006/picture">
            <wp:extent cx="2335377" cy="4937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466d0c733db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35377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left"/>
      </w:pPr>
      <w:r/>
      <w:r>
        <w:drawing>
          <wp:inline xmlns:a="http://schemas.openxmlformats.org/drawingml/2006/main" xmlns:pic="http://schemas.openxmlformats.org/drawingml/2006/picture">
            <wp:extent cx="2529230" cy="4937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c19a4e99d56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9230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left"/>
      </w:pPr>
      <w:r/>
      <w:r>
        <w:drawing>
          <wp:inline xmlns:a="http://schemas.openxmlformats.org/drawingml/2006/main" xmlns:pic="http://schemas.openxmlformats.org/drawingml/2006/picture">
            <wp:extent cx="2538374" cy="4937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c54457af6c61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38374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165299" cy="4937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b477b86f3060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5299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the value of k and sketch the p.d.f.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P(2.5 &lt; X &lt; 3), giving your answer to 3 decimal places.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077516" cy="74066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cc42ba01d2a6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7516" cy="7406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Sketch f(x).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value of k.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Find P(X &gt; 3).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