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The Central Limit Theorem</w:t>
      </w:r>
    </w:p>
    <w:p>
      <w:pPr>
        <w:keepNext w:val="0"/>
        <w:jc w:val="both"/>
      </w:pPr>
      <w:r>
        <w:t>Sample mean of a normal population: if X ~ N(μ, σ²) then X̄ ~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central limit theorem: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When is the distribution of X̄ only an approximation? When does it get better?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Do you need a continuity correction?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sample of size 9 is taken from a population with distribution N(10, 2²). Find the probability that the sample mean X̄ is more than 11.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six-sided dice is relabelled so that there are three faces marked 1, two faces marked 3 and one face marked 6. The dice is rolled 40 times and the mean of the 40 scores is recorded.</w:t>
      </w:r>
    </w:p>
    <w:p>
      <w:pPr>
        <w:keepNext/>
        <w:ind w:left="720" w:hanging="357"/>
        <w:jc w:val="both"/>
      </w:pPr>
      <w:r>
        <w:t>a)</w:t>
        <w:tab/>
        <w:t>Find an approximate distribution for the mean of the scores.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Use your approximation to estimate the probability that the mean is greater than 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5B Applying the Central Limit Theorem to Other Distributions</w:t>
      </w:r>
    </w:p>
    <w:p>
      <w:pPr>
        <w:keepNext w:val="0"/>
        <w:jc w:val="both"/>
      </w:pPr>
      <w:r>
        <w:t>Which distributions can you use the central limit theorem with?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Sum of observations and the sample mean: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Reminder: mean and variance of Po(λ), B(n, p), Geo(p) and Negative B(r, p):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supermarket manager is trying to model the number of customers that visit her store each day. She observes that, on average, 20 new customers enter the store every minute.</w:t>
      </w:r>
    </w:p>
    <w:p>
      <w:pPr>
        <w:keepNext w:val="0"/>
        <w:ind w:left="720" w:hanging="357"/>
        <w:jc w:val="both"/>
      </w:pPr>
      <w:r>
        <w:t>a)</w:t>
        <w:tab/>
        <w:t>Calculate the probability that fewer than 15 customers arrive in a given minute.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in one hour no more than 1150 customers arrive.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Use the central limit theorem to estimate the probability that in one hour no more than 1150 customers arrive. Compare your answer to part b.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Billy is the captain of a football team. Each week he gets a team together by calling his friends one by one and asking if they would like to play. The probability of each friend agreeing to play is ⅔. Once he has 10 other players he stops calling.</w:t>
      </w:r>
    </w:p>
    <w:p>
      <w:pPr>
        <w:keepNext w:val="0"/>
        <w:ind w:left="720" w:hanging="357"/>
        <w:jc w:val="both"/>
      </w:pPr>
      <w:r>
        <w:t>a)</w:t>
        <w:tab/>
        <w:t>Calculate the number of friends Billy expects to have to call to find 10 other players.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Billy has to call exactly 12 friends.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In a season, Billy’s team plays 25 matches.</w:t>
      </w:r>
    </w:p>
    <w:p>
      <w:pPr>
        <w:keepNext/>
        <w:ind w:left="720" w:hanging="357"/>
        <w:jc w:val="both"/>
      </w:pPr>
      <w:r>
        <w:t>c)</w:t>
        <w:tab/>
        <w:t>Estimate the probability that the mean number of calls per match Billy had to make was less than 15.5.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3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