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The Geometric Distribution</w:t>
      </w:r>
    </w:p>
    <w:p>
      <w:pPr>
        <w:keepNext w:val="0"/>
        <w:jc w:val="both"/>
      </w:pPr>
      <w:r>
        <w:t>The geometric distribution models: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Conditions for a geometric model: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fair dice is rolled until a six appears. X is the number of rolls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…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  <w:t>1/6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sz w:val="22"/>
              </w:rPr>
              <w:t>…</w:t>
            </w:r>
          </w:p>
        </w:tc>
      </w:tr>
    </w:tbl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68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ba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8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/>
        <w:jc w:val="both"/>
      </w:pPr>
      <w:r>
        <w:t>If X ~ Geo(p), the probability function is:</w:t>
      </w:r>
    </w:p>
    <w:p>
      <w:pPr>
        <w:keepNext w:val="0"/>
        <w:jc w:val="both"/>
      </w:pPr>
      <w:r>
        <w:t xml:space="preserve">        P(X = x) =                                                        x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Cumulative geometric distribution (sum of a geometric series):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P(X ≤ x) =</w:t>
      </w:r>
    </w:p>
    <w:p>
      <w:pPr>
        <w:jc w:val="both"/>
      </w:pPr>
    </w:p>
    <w:p>
      <w:pPr>
        <w:keepNext w:val="0"/>
        <w:jc w:val="both"/>
      </w:pPr>
      <w:r>
        <w:t xml:space="preserve">        P(X &gt; x) =                                         P(X ≥ x) =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Johan is playing a board game where he has to roll a six to start. Find the probability that Johan starts the board game on his fourth roll.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probability that Genevieve passes her driving test on any one attempt is 0.6.</w:t>
      </w:r>
    </w:p>
    <w:p>
      <w:pPr>
        <w:keepNext/>
        <w:ind w:left="720" w:hanging="357"/>
        <w:jc w:val="both"/>
      </w:pPr>
      <w:r>
        <w:t>a)</w:t>
        <w:tab/>
        <w:t>Find the probability that:</w:t>
      </w:r>
    </w:p>
    <w:p>
      <w:pPr>
        <w:keepNext w:val="0"/>
        <w:ind w:left="720" w:hanging="357"/>
        <w:jc w:val="both"/>
      </w:pPr>
      <w:r>
        <w:t>i)</w:t>
        <w:tab/>
        <w:t>she passes on her fifth attempt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ii)</w:t>
        <w:tab/>
        <w:t>she needs five or fewer attempts to pass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iii)</w:t>
        <w:tab/>
        <w:t>she needs more than five attempts to pass.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two assumptions you have used in your calculations.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3B Mean and Variance of a Geometric Distribution</w:t>
      </w:r>
    </w:p>
    <w:p>
      <w:pPr>
        <w:keepNext/>
        <w:jc w:val="both"/>
      </w:pPr>
      <w:r>
        <w:t>If X ~ Geo(p), then:</w:t>
      </w:r>
    </w:p>
    <w:p>
      <w:pPr>
        <w:keepNext w:val="0"/>
        <w:jc w:val="both"/>
      </w:pPr>
      <w:r>
        <w:t xml:space="preserve">        Mean of X = E(X) = µ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Variance of X = Var(X) = σ²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Standard deviation: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Dorothy flips a biased coin until it lands on heads. She records the total number of flips, Y. Given that the mean of Y is 2.5, find:</w:t>
      </w:r>
    </w:p>
    <w:p>
      <w:pPr>
        <w:keepNext w:val="0"/>
        <w:ind w:left="720" w:hanging="357"/>
        <w:jc w:val="both"/>
      </w:pPr>
      <w:r>
        <w:t>a)</w:t>
        <w:tab/>
        <w:t>the probability of the coin landing on heads on a single flip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standard deviation of 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3C The Negative Binomial Distribution</w:t>
      </w:r>
    </w:p>
    <w:p>
      <w:pPr>
        <w:keepNext w:val="0"/>
        <w:jc w:val="both"/>
      </w:pPr>
      <w:r>
        <w:t>The negative binomial distribution models: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Binomial vs negative binomial (what is fixed and what is the random variable?):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fair dice is rolled until a total of three sixes have been rolled. X is the number of rolls needed.</w:t>
      </w:r>
    </w:p>
    <w:p>
      <w:pPr>
        <w:keepNext w:val="0"/>
        <w:jc w:val="both"/>
      </w:pPr>
      <w:r>
        <w:t>What values can X take?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P(X = 10) means: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P(X = 10)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~ Negative B(r, p), the probability function is:</w:t>
      </w:r>
    </w:p>
    <w:p>
      <w:pPr>
        <w:keepNext w:val="0"/>
        <w:jc w:val="both"/>
      </w:pPr>
      <w:r>
        <w:t xml:space="preserve">        P(X = x) =                                                             x = 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In words, this is: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Notation: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1.</w:t>
        <w:tab/>
        <w:t>Philomena is practising her piano scales. The probability that she completes a scale correctly on any one attempt is 0.4. She continues practising until she has completed four scales correctly.</w:t>
      </w:r>
    </w:p>
    <w:p>
      <w:pPr>
        <w:keepNext w:val="0"/>
        <w:ind w:left="720" w:hanging="357"/>
        <w:jc w:val="both"/>
      </w:pPr>
      <w:r>
        <w:t>a)</w:t>
        <w:tab/>
        <w:t>Find the probability that she completes her fourth correct scale on her 12th attempt.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probability that she completes her fourth correct scale on her 10th attempt, given that her first scale was correct.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3D Mean and Variance of the Negative Binomial Distribution</w:t>
      </w:r>
    </w:p>
    <w:p>
      <w:pPr>
        <w:keepNext/>
        <w:jc w:val="both"/>
      </w:pPr>
      <w:r>
        <w:t>If X ~ Negative B(r, p), then:</w:t>
      </w:r>
    </w:p>
    <w:p>
      <w:pPr>
        <w:keepNext w:val="0"/>
        <w:jc w:val="both"/>
      </w:pPr>
      <w:r>
        <w:t xml:space="preserve">        Mean of X = E(X) = µ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Variance of X = Var(X) = σ²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Link to the geometric distribution (r = 1):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Iona and Juan play noughts and crosses. The probability that Iona wins is 0.7. The random variable X represents the number of games that they need to play for Iona to win seven times.</w:t>
      </w:r>
    </w:p>
    <w:p>
      <w:pPr>
        <w:keepNext w:val="0"/>
        <w:ind w:left="720" w:hanging="357"/>
        <w:jc w:val="both"/>
      </w:pPr>
      <w:r>
        <w:t>a)</w:t>
        <w:tab/>
        <w:t>Find E(X) and Var(X).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They change games and start playing chess. The random variable Y represents the number of games that they need to play for Juan to win twice. Given that the mean of Y is 6, find:</w:t>
      </w:r>
    </w:p>
    <w:p>
      <w:pPr>
        <w:keepNext w:val="0"/>
        <w:ind w:left="720" w:hanging="357"/>
        <w:jc w:val="both"/>
      </w:pPr>
      <w:r>
        <w:t>b)</w:t>
        <w:tab/>
        <w:t>Juan’s probability of winning any single game of chess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the standard deviation of 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