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2A/B The Poisson Distribution</w:t>
      </w:r>
    </w:p>
    <w:p>
      <w:pPr>
        <w:keepNext w:val="0"/>
        <w:jc w:val="both"/>
      </w:pPr>
      <w:r>
        <w:t>The Poisson distribution is used to model: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X has a Poisson distribution with parameter λ, we write:</w:t>
      </w:r>
    </w:p>
    <w:p>
      <w:pPr>
        <w:jc w:val="both"/>
      </w:pPr>
    </w:p>
    <w:p>
      <w:pPr>
        <w:keepNext/>
        <w:ind w:left="357"/>
        <w:jc w:val="both"/>
      </w:pPr>
      <w:r>
        <w:t>Probability function: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4880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is_pm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880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 w:val="0"/>
        <w:jc w:val="both"/>
      </w:pPr>
      <w:r>
        <w:t>The values that X can take:</w:t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497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2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9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  <w:r>
        <w:t>Why the probabilities add up to 1 (use the series expansion below):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45954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ri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59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random variable X ~ Po(2.1). Find:</w:t>
      </w:r>
    </w:p>
    <w:p>
      <w:pPr>
        <w:keepNext w:val="0"/>
        <w:ind w:left="720" w:hanging="357"/>
        <w:jc w:val="both"/>
      </w:pPr>
      <w:r>
        <w:t>a)</w:t>
        <w:tab/>
        <w:t>P(X = 3)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P(X ≥ 1)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P(1 &lt; X ≤ 4)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247"/>
        <w:gridCol w:w="1247"/>
        <w:gridCol w:w="1247"/>
      </w:tblGrid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Cumulative Poisson tables give: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Writing probabilities in terms of P(X ≤ x) so you can use the tables: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</w:tblGrid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In terms of P(X ≤ x)</w:t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P(X &lt; a)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P(X ≥ a)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P(X &gt; a)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jc w:val="center"/>
            </w:pPr>
            <w:r>
              <w:rPr>
                <w:b/>
                <w:sz w:val="22"/>
              </w:rPr>
              <w:t>P(a ≤ X ≤ b)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random variable X ~ Po(5). Find, using tables:</w:t>
      </w:r>
    </w:p>
    <w:p>
      <w:pPr>
        <w:keepNext/>
        <w:ind w:left="720" w:hanging="357"/>
        <w:jc w:val="both"/>
      </w:pPr>
      <w:r>
        <w:t>a)</w:t>
        <w:tab/>
        <w:t>P(X ≤ 3)</w:t>
      </w:r>
    </w:p>
    <w:p>
      <w:pPr>
        <w:keepNext/>
        <w:ind w:left="720" w:hanging="357"/>
        <w:jc w:val="both"/>
      </w:pPr>
      <w:r>
        <w:t>b)</w:t>
        <w:tab/>
        <w:t>P(X ≥ 2)</w:t>
      </w:r>
    </w:p>
    <w:p>
      <w:pPr>
        <w:keepNext/>
        <w:ind w:left="720" w:hanging="357"/>
        <w:jc w:val="both"/>
      </w:pPr>
      <w:r>
        <w:t>c)</w:t>
        <w:tab/>
        <w:t>P(1 ≤ X ≤ 4)</w:t>
      </w:r>
    </w:p>
    <w:p>
      <w:pPr>
        <w:keepNext/>
        <w:ind w:left="357"/>
        <w:jc w:val="both"/>
      </w:pPr>
      <w:r>
        <w:t>Extract from the cumulative Poisson tables, P(X ≤ x):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1417"/>
        <w:gridCol w:w="1417"/>
      </w:tblGrid>
      <w:tr>
        <w:trPr>
          <w:trHeight w:val="369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λ = 4.5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λ = 5.0</w:t>
            </w:r>
          </w:p>
        </w:tc>
      </w:tr>
      <w:tr>
        <w:trPr>
          <w:trHeight w:val="369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 = 0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0.0111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0.0067</w:t>
            </w:r>
          </w:p>
        </w:tc>
      </w:tr>
      <w:tr>
        <w:trPr>
          <w:trHeight w:val="369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0.0611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0.0404</w:t>
            </w:r>
          </w:p>
        </w:tc>
      </w:tr>
      <w:tr>
        <w:trPr>
          <w:trHeight w:val="369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0.1736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0.1247</w:t>
            </w:r>
          </w:p>
        </w:tc>
      </w:tr>
      <w:tr>
        <w:trPr>
          <w:trHeight w:val="369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0.3423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0.2650</w:t>
            </w:r>
          </w:p>
        </w:tc>
      </w:tr>
      <w:tr>
        <w:trPr>
          <w:trHeight w:val="369"/>
          <w:cantSplit/>
        </w:trPr>
        <w:tc>
          <w:tcPr>
            <w:tcW w:type="dxa" w:w="1417"/>
          </w:tcPr>
          <w:p>
            <w:pPr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2"/>
              </w:rPr>
              <w:t>0.5321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2"/>
              </w:rPr>
              <w:t>0.4405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3.</w:t>
        <w:tab/>
        <w:t>The random variable X ~ Po(7.5). Find the values of a, b and c such that:</w:t>
      </w:r>
    </w:p>
    <w:p>
      <w:pPr>
        <w:keepNext/>
        <w:ind w:left="720" w:hanging="357"/>
        <w:jc w:val="both"/>
      </w:pPr>
      <w:r>
        <w:t>a)</w:t>
        <w:tab/>
        <w:t>P(X ≤ a) = 0.2414</w:t>
      </w:r>
    </w:p>
    <w:p>
      <w:pPr>
        <w:keepNext/>
        <w:ind w:left="720" w:hanging="357"/>
        <w:jc w:val="both"/>
      </w:pPr>
      <w:r>
        <w:t>b)</w:t>
        <w:tab/>
        <w:t>P(X &lt; b) = 0.5246</w:t>
      </w:r>
    </w:p>
    <w:p>
      <w:pPr>
        <w:keepNext/>
        <w:ind w:left="720" w:hanging="357"/>
        <w:jc w:val="both"/>
      </w:pPr>
      <w:r>
        <w:t>c)</w:t>
        <w:tab/>
        <w:t>P(X ≥ c) = 0.3380</w:t>
      </w:r>
    </w:p>
    <w:p>
      <w:pPr>
        <w:keepNext/>
        <w:ind w:left="357"/>
        <w:jc w:val="both"/>
      </w:pPr>
      <w:r>
        <w:t>Extract from the cumulative Poisson tables, λ = 7.5: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907"/>
        <w:gridCol w:w="907"/>
        <w:gridCol w:w="907"/>
        <w:gridCol w:w="907"/>
        <w:gridCol w:w="907"/>
        <w:gridCol w:w="907"/>
      </w:tblGrid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</w:t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jc w:val="center"/>
            </w:pPr>
            <w:r>
              <w:rPr>
                <w:b/>
                <w:sz w:val="22"/>
              </w:rPr>
              <w:t>P(X ≤ x)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0.1321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0.2414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0.3782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0.5246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0.6620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0.7764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2C Modelling with the Poisson Distribution</w:t>
      </w:r>
    </w:p>
    <w:p>
      <w:pPr>
        <w:keepNext w:val="0"/>
        <w:jc w:val="both"/>
      </w:pPr>
      <w:r>
        <w:t>The Poisson distribution models the number of times, X, that: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For a Poisson distribution to be a good model, events must occur:</w:t>
      </w: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parameter λ represents:</w:t>
      </w:r>
    </w:p>
    <w:p>
      <w:pPr>
        <w:jc w:val="both"/>
      </w:pPr>
    </w:p>
    <w:p>
      <w:pPr>
        <w:keepNext w:val="0"/>
        <w:jc w:val="both"/>
      </w:pPr>
      <w:r>
        <w:t>Changing the length of the interval: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Examples of situations that could be modelled by a Poisson distribution: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An internet service provider has a large number of users regularly connecting to the internet. On average, 4 users every hour fail to connect to the internet at their first attempt.</w:t>
      </w:r>
    </w:p>
    <w:p>
      <w:pPr>
        <w:keepNext w:val="0"/>
        <w:ind w:left="720" w:hanging="357"/>
        <w:jc w:val="both"/>
      </w:pPr>
      <w:r>
        <w:t>a)</w:t>
        <w:tab/>
        <w:t>Give two reasons why a Poisson distribution might be a suitable model for the number of failed connections every hour.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Find the probability that in a randomly chosen hour:</w:t>
      </w:r>
    </w:p>
    <w:p>
      <w:pPr>
        <w:keepNext w:val="0"/>
        <w:ind w:left="1077" w:hanging="357"/>
        <w:jc w:val="both"/>
      </w:pPr>
      <w:r>
        <w:t>i)</w:t>
        <w:tab/>
        <w:t>2 users fail to connect at their first attempt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1077" w:hanging="357"/>
        <w:jc w:val="both"/>
      </w:pPr>
      <w:r>
        <w:t>ii)</w:t>
        <w:tab/>
        <w:t>more than 6 users fail to connect at their first attempt.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Find the probability that in a randomly chosen 90-minute period:</w:t>
      </w:r>
    </w:p>
    <w:p>
      <w:pPr>
        <w:keepNext w:val="0"/>
        <w:ind w:left="1077" w:hanging="357"/>
        <w:jc w:val="both"/>
      </w:pPr>
      <w:r>
        <w:t>i)</w:t>
        <w:tab/>
        <w:t>5 users fail to connect at their first attempt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1077" w:hanging="357"/>
        <w:jc w:val="both"/>
      </w:pPr>
      <w:r>
        <w:t>ii)</w:t>
        <w:tab/>
        <w:t>fewer than 7 users fail to connect at their first attempt.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2D Adding Poisson Distributions</w:t>
      </w:r>
    </w:p>
    <w:p>
      <w:pPr>
        <w:keepNext w:val="0"/>
        <w:jc w:val="both"/>
      </w:pPr>
      <w:r>
        <w:t>If X ~ Po(λ) and Y ~ Po(µ) are independent, then: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Watch out: before you add the parameters, the two random variables must: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If X ~ Po(3.6) and Y ~ Po(4.4), find:</w:t>
      </w:r>
    </w:p>
    <w:p>
      <w:pPr>
        <w:keepNext w:val="0"/>
        <w:ind w:left="720" w:hanging="357"/>
        <w:jc w:val="both"/>
      </w:pPr>
      <w:r>
        <w:t>a)</w:t>
        <w:tab/>
        <w:t>P(X + Y = 7)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P(X + Y ≤ 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number of cars passing an observation point in a 5-minute interval is modelled by a Poisson distribution with mean 2. The number of other vehicles passing the observation point in a 15-minute interval is modelled by a Poisson distribution with mean 3. Find the probability that:</w:t>
      </w:r>
    </w:p>
    <w:p>
      <w:pPr>
        <w:keepNext/>
        <w:ind w:left="720" w:hanging="357"/>
        <w:jc w:val="both"/>
      </w:pPr>
      <w:r>
        <w:t>a)</w:t>
        <w:tab/>
        <w:t>exactly 5 vehicles, of any type, pass the observation point in a 10-minute interval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1927"/>
        <w:gridCol w:w="1927"/>
        <w:gridCol w:w="1927"/>
      </w:tblGrid>
      <w:tr>
        <w:trPr>
          <w:trHeight w:val="369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5-minute interval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10-minute interval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15-minute interval</w:t>
            </w:r>
          </w:p>
        </w:tc>
      </w:tr>
      <w:tr>
        <w:trPr>
          <w:trHeight w:val="369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Cars, X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  <w:t>Po(2)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Other vehicles, Y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  <w:t>Po(3)</w:t>
            </w:r>
          </w:p>
        </w:tc>
      </w:tr>
      <w:tr>
        <w:trPr>
          <w:trHeight w:val="369"/>
          <w:cantSplit/>
        </w:trPr>
        <w:tc>
          <w:tcPr>
            <w:tcW w:type="dxa" w:w="1928"/>
          </w:tcPr>
          <w:p>
            <w:pPr>
              <w:jc w:val="center"/>
            </w:pPr>
            <w:r>
              <w:rPr>
                <w:b/>
                <w:sz w:val="22"/>
              </w:rPr>
              <w:t>All vehicles, X + Y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more than 8 vehicles, of any type, pass the observation point in a 15-minute interval.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2E Mean and Variance of a Poisson Distribution</w:t>
      </w:r>
    </w:p>
    <w:p>
      <w:pPr>
        <w:keepNext/>
        <w:jc w:val="both"/>
      </w:pPr>
      <w:r>
        <w:t>If X ~ Po(λ), then:</w:t>
      </w:r>
    </w:p>
    <w:p>
      <w:pPr>
        <w:keepNext/>
        <w:ind w:left="357"/>
        <w:jc w:val="both"/>
      </w:pPr>
      <w:r>
        <w:t>E(X) =</w:t>
      </w:r>
    </w:p>
    <w:p>
      <w:pPr>
        <w:jc w:val="both"/>
      </w:pPr>
    </w:p>
    <w:p>
      <w:pPr>
        <w:keepNext/>
        <w:ind w:left="357"/>
        <w:jc w:val="both"/>
      </w:pPr>
      <w:r>
        <w:t>Var(X)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Why this property is useful: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Calculating the mean and variance from summary data (Σx and Σx²) for n observations:</w:t>
      </w:r>
    </w:p>
    <w:p>
      <w:pPr>
        <w:keepNext/>
        <w:ind w:left="357"/>
        <w:jc w:val="both"/>
      </w:pPr>
      <w:r>
        <w:t>x̄ =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σ²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botanist counts the number of daisies, x, in each of 80 randomly selected squares within a field. The results are summarised below.</w:t>
      </w:r>
    </w:p>
    <w:p>
      <w:pPr>
        <w:keepNext/>
        <w:ind w:left="357"/>
        <w:jc w:val="both"/>
      </w:pPr>
      <w:r>
        <w:t>Σx = 295,     Σx² = 1386</w:t>
      </w:r>
    </w:p>
    <w:p>
      <w:pPr>
        <w:keepNext w:val="0"/>
        <w:ind w:left="720" w:hanging="357"/>
        <w:jc w:val="both"/>
      </w:pPr>
      <w:r>
        <w:t>a)</w:t>
        <w:tab/>
        <w:t>Calculate the mean and the variance of the number of daisies per square for the 80 squares. Give your answers to 2 decimal places.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Explain how the answers from part a support the choice of a Poisson distribution as a model.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Using a suitable value for λ, estimate the probability that exactly 3 daisies will be found in a randomly selected square.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2F Mean and Variance of the Binomial Distribution</w:t>
      </w:r>
    </w:p>
    <w:p>
      <w:pPr>
        <w:keepNext/>
        <w:jc w:val="both"/>
      </w:pPr>
      <w:r>
        <w:t>Reminder: the probability function for X ~ B(n, p) is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1515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om_pm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15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/>
        <w:jc w:val="both"/>
      </w:pPr>
      <w:r>
        <w:t>If X ~ B(n, p), then:</w:t>
      </w:r>
    </w:p>
    <w:p>
      <w:pPr>
        <w:keepNext/>
        <w:ind w:left="357"/>
        <w:jc w:val="both"/>
      </w:pPr>
      <w:r>
        <w:t>E(X) = µ =</w:t>
      </w:r>
    </w:p>
    <w:p>
      <w:pPr>
        <w:jc w:val="both"/>
      </w:pPr>
    </w:p>
    <w:p>
      <w:pPr>
        <w:keepNext/>
        <w:ind w:left="357"/>
        <w:jc w:val="both"/>
      </w:pPr>
      <w:r>
        <w:t>Var(X) = σ² =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fair, five-sided spinner is spun 20 times. The random variable X represents the number of 5s obtained.</w:t>
      </w:r>
    </w:p>
    <w:p>
      <w:pPr>
        <w:keepNext w:val="0"/>
        <w:ind w:left="720" w:hanging="357"/>
        <w:jc w:val="both"/>
      </w:pPr>
      <w:r>
        <w:t>a)</w:t>
        <w:tab/>
        <w:t>Find the mean and variance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P(X &lt; µ − σ).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A company produces a certain type of delicate component. The probability of any one component being defective is p. The probability of obtaining at least one defective component in a sample of 4 is 0.3439. The company produces 600 components in a day. Find the mean and variance of the number of defective components produced per day.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2G Using the Poisson Distribution to Approximate the Binomial Distribution</w:t>
      </w:r>
    </w:p>
    <w:p>
      <w:pPr>
        <w:keepNext/>
        <w:jc w:val="both"/>
      </w:pPr>
      <w:r>
        <w:t>If X ~ B(n, p), then X can be approximated by a Poisson distribution when:</w:t>
      </w: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approximating distribution is X ≈ Po(        ), where λ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Why the approximation works (compare the mean and variance of B(n, p)):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random variable X ~ B(200, 0.03).</w:t>
      </w:r>
    </w:p>
    <w:p>
      <w:pPr>
        <w:keepNext w:val="0"/>
        <w:ind w:left="720" w:hanging="357"/>
        <w:jc w:val="both"/>
      </w:pPr>
      <w:r>
        <w:t>a)</w:t>
        <w:tab/>
        <w:t>Find P(X = 4).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 Poisson variable Y ~ Po(λ) is used to approximate X.</w:t>
      </w:r>
    </w:p>
    <w:p>
      <w:pPr>
        <w:keepNext w:val="0"/>
        <w:ind w:left="720" w:hanging="357"/>
        <w:jc w:val="both"/>
      </w:pPr>
      <w:r>
        <w:t>b)</w:t>
        <w:tab/>
        <w:t>Write down the value of λ and justify the use of a Poisson approximation in this context.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Find P(Y = 4) and comment on the accuracy of the approximation.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</w:tblGrid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Exact: X ~ B(200, 0.03)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Approximation: Y ~ Po(   )</w:t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jc w:val="center"/>
            </w:pPr>
            <w:r>
              <w:rPr>
                <w:b/>
                <w:sz w:val="22"/>
              </w:rPr>
              <w:t>P(… = 4)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probability of a component produced by a certain machine being faulty is 0.007. The number of faulty components in a batch of 1000 components is noted.</w:t>
      </w:r>
    </w:p>
    <w:p>
      <w:pPr>
        <w:keepNext w:val="0"/>
        <w:ind w:left="720" w:hanging="357"/>
        <w:jc w:val="both"/>
      </w:pPr>
      <w:r>
        <w:t>a)</w:t>
        <w:tab/>
        <w:t>Find the probability that exactly 6 components are faulty.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Use a Poisson approximation to find the probability that more than 7 components are faulty.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Explain why the approximation in part b is valid.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