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1A Expected Value of a Discrete Random Variable</w:t>
      </w:r>
    </w:p>
    <w:p>
      <w:pPr>
        <w:keepNext w:val="0"/>
        <w:jc w:val="both"/>
      </w:pPr>
      <w:r>
        <w:t>Discrete random variable: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Expected value of X, E(X):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The probabilities of a discrete random variable: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A fair six-sided dice is rolled. The number on the uppermost face is modelled by the random variable X.</w:t>
      </w:r>
    </w:p>
    <w:p>
      <w:pPr>
        <w:keepNext/>
        <w:ind w:left="720" w:hanging="357"/>
        <w:jc w:val="both"/>
      </w:pPr>
      <w:r>
        <w:t>a)</w:t>
        <w:tab/>
        <w:t>Write down the probability distribution of X.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850"/>
        <w:gridCol w:w="850"/>
        <w:gridCol w:w="850"/>
        <w:gridCol w:w="850"/>
        <w:gridCol w:w="850"/>
        <w:gridCol w:w="850"/>
      </w:tblGrid>
      <w:tr>
        <w:trPr>
          <w:trHeight w:val="397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6</w:t>
            </w:r>
          </w:p>
        </w:tc>
      </w:tr>
      <w:tr>
        <w:trPr>
          <w:trHeight w:val="397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P(X = x)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Use the probability distribution of X to calculate E(X).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Does the expected value have to be a value X can take?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random variable X has a probability distribution as shown in the table.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850"/>
        <w:gridCol w:w="850"/>
        <w:gridCol w:w="850"/>
        <w:gridCol w:w="850"/>
        <w:gridCol w:w="850"/>
      </w:tblGrid>
      <w:tr>
        <w:trPr>
          <w:trHeight w:val="397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5</w:t>
            </w:r>
          </w:p>
        </w:tc>
      </w:tr>
      <w:tr>
        <w:trPr>
          <w:trHeight w:val="397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P(X = x)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0.1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p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0.3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q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0.2</w:t>
            </w:r>
          </w:p>
        </w:tc>
      </w:tr>
    </w:tbl>
    <w:p>
      <w:pPr>
        <w:jc w:val="both"/>
      </w:pPr>
    </w:p>
    <w:p>
      <w:pPr>
        <w:keepNext w:val="0"/>
        <w:ind w:left="720" w:hanging="357"/>
        <w:jc w:val="both"/>
      </w:pPr>
      <w:r>
        <w:t>a)</w:t>
        <w:tab/>
        <w:t>Given that E(X) = 3, write down two equations involving p and q.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Find the value of p and the value of q.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Expected value of X², E(X²):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A discrete random variable X has the following probability distribution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850"/>
        <w:gridCol w:w="850"/>
        <w:gridCol w:w="850"/>
        <w:gridCol w:w="850"/>
      </w:tblGrid>
      <w:tr>
        <w:trPr>
          <w:trHeight w:val="397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</w:tr>
      <w:tr>
        <w:trPr>
          <w:trHeight w:val="397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P(X = x)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12/25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6/25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4/25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3/25</w:t>
            </w:r>
          </w:p>
        </w:tc>
      </w:tr>
    </w:tbl>
    <w:p>
      <w:pPr>
        <w:jc w:val="both"/>
      </w:pPr>
    </w:p>
    <w:p>
      <w:pPr>
        <w:keepNext/>
        <w:ind w:left="720" w:hanging="357"/>
        <w:jc w:val="both"/>
      </w:pPr>
      <w:r>
        <w:t>a)</w:t>
        <w:tab/>
        <w:t>Write down the probability distribution for X².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850"/>
        <w:gridCol w:w="850"/>
        <w:gridCol w:w="850"/>
        <w:gridCol w:w="850"/>
      </w:tblGrid>
      <w:tr>
        <w:trPr>
          <w:trHeight w:val="397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</w:tr>
      <w:tr>
        <w:trPr>
          <w:trHeight w:val="397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x²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97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P(X² = x²)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Find E(X²).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Is E(X²) equal to (E(X))²?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jc w:val="center"/>
      </w:pPr>
      <w:r>
        <w:rPr>
          <w:b/>
          <w:sz w:val="32"/>
          <w:u w:val="single"/>
        </w:rPr>
        <w:t>1B Variance of a Discrete Random Variable</w:t>
      </w:r>
    </w:p>
    <w:p>
      <w:pPr>
        <w:keepNext w:val="0"/>
        <w:jc w:val="both"/>
      </w:pPr>
      <w:r>
        <w:t>Variance of X, Var(X):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A quicker formula for Var(X):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Notation (σ² and σ):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What does a large variance tell you?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A fair six-sided dice is rolled. The number on the uppermost face is modelled by the random variable X. Find Var(X).</w:t>
      </w:r>
    </w:p>
    <w:p>
      <w:pPr>
        <w:keepNext/>
        <w:ind w:left="357"/>
        <w:jc w:val="both"/>
      </w:pPr>
      <w:r>
        <w:t>Method 1: using Var(X) = E((X − E(X))²)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7"/>
        <w:gridCol w:w="850"/>
        <w:gridCol w:w="850"/>
        <w:gridCol w:w="850"/>
        <w:gridCol w:w="850"/>
        <w:gridCol w:w="850"/>
        <w:gridCol w:w="850"/>
      </w:tblGrid>
      <w:tr>
        <w:trPr>
          <w:trHeight w:val="397"/>
          <w:cantSplit/>
        </w:trPr>
        <w:tc>
          <w:tcPr>
            <w:tcW w:type="dxa" w:w="158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6</w:t>
            </w:r>
          </w:p>
        </w:tc>
      </w:tr>
      <w:tr>
        <w:trPr>
          <w:trHeight w:val="397"/>
          <w:cantSplit/>
        </w:trPr>
        <w:tc>
          <w:tcPr>
            <w:tcW w:type="dxa" w:w="158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x²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97"/>
          <w:cantSplit/>
        </w:trPr>
        <w:tc>
          <w:tcPr>
            <w:tcW w:type="dxa" w:w="158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(x − E(X))²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97"/>
          <w:cantSplit/>
        </w:trPr>
        <w:tc>
          <w:tcPr>
            <w:tcW w:type="dxa" w:w="1587"/>
          </w:tcPr>
          <w:p>
            <w:pPr>
              <w:jc w:val="center"/>
            </w:pPr>
            <w:r>
              <w:rPr>
                <w:b/>
                <w:sz w:val="22"/>
              </w:rPr>
              <w:t>P(X = x)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Method 2: using Var(X) = E(X²) − (E(X))²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jc w:val="center"/>
      </w:pPr>
      <w:r>
        <w:rPr>
          <w:b/>
          <w:sz w:val="32"/>
          <w:u w:val="single"/>
        </w:rPr>
        <w:t>1C Expected Value and Variance of a Function of X</w:t>
      </w:r>
    </w:p>
    <w:p>
      <w:pPr>
        <w:keepNext w:val="0"/>
        <w:jc w:val="both"/>
      </w:pPr>
      <w:r>
        <w:t>Expected value of a function, E(g(X)):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E(aX + b):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E(X + Y):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Var(aX + b):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A discrete random variable X has the probability distribution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850"/>
        <w:gridCol w:w="850"/>
        <w:gridCol w:w="850"/>
        <w:gridCol w:w="850"/>
      </w:tblGrid>
      <w:tr>
        <w:trPr>
          <w:trHeight w:val="397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</w:tr>
      <w:tr>
        <w:trPr>
          <w:trHeight w:val="397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P(X = x)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12/25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6/25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4/25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3/25</w:t>
            </w:r>
          </w:p>
        </w:tc>
      </w:tr>
    </w:tbl>
    <w:p>
      <w:pPr>
        <w:jc w:val="both"/>
      </w:pPr>
    </w:p>
    <w:p>
      <w:pPr>
        <w:keepNext/>
        <w:ind w:left="720" w:hanging="357"/>
        <w:jc w:val="both"/>
      </w:pPr>
      <w:r>
        <w:t>a)</w:t>
        <w:tab/>
        <w:t>Write down the probability distribution for Y where Y = 2X + 1.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850"/>
        <w:gridCol w:w="850"/>
        <w:gridCol w:w="850"/>
        <w:gridCol w:w="850"/>
      </w:tblGrid>
      <w:tr>
        <w:trPr>
          <w:trHeight w:val="397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</w:tr>
      <w:tr>
        <w:trPr>
          <w:trHeight w:val="397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97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P(Y = y)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Find E(Y).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Compute E(X) and verify that E(Y) = 2E(X) + 1.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A random variable X has E(X) = 4 and Var(X) = 3. Find:</w:t>
      </w:r>
    </w:p>
    <w:p>
      <w:pPr>
        <w:keepNext w:val="0"/>
        <w:ind w:left="720" w:hanging="357"/>
        <w:jc w:val="both"/>
      </w:pPr>
      <w:r>
        <w:t>a)</w:t>
        <w:tab/>
        <w:t>E(3X)</w:t>
      </w: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E(X − 2)</w:t>
      </w: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Var(3X)</w:t>
      </w: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d)</w:t>
        <w:tab/>
        <w:t>Var(X − 2)</w:t>
      </w: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e)</w:t>
        <w:tab/>
        <w:t>E(X²)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Two fair 10p coins are spun. The random variable X pence represents the total value of the coins that land heads up.</w:t>
      </w:r>
    </w:p>
    <w:p>
      <w:pPr>
        <w:keepNext/>
        <w:ind w:left="720" w:hanging="357"/>
        <w:jc w:val="both"/>
      </w:pPr>
      <w:r>
        <w:t>a)</w:t>
        <w:tab/>
        <w:t>Find E(X) and Var(X).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850"/>
        <w:gridCol w:w="850"/>
        <w:gridCol w:w="850"/>
      </w:tblGrid>
      <w:tr>
        <w:trPr>
          <w:trHeight w:val="397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97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P(X = x)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The random variables S and T are defined as follows:  S = X − 10  and  T = ½X − 5</w:t>
      </w:r>
    </w:p>
    <w:p>
      <w:pPr>
        <w:keepNext w:val="0"/>
        <w:ind w:left="720" w:hanging="357"/>
        <w:jc w:val="both"/>
      </w:pPr>
      <w:r>
        <w:t>b)</w:t>
        <w:tab/>
        <w:t>Show that E(S) = E(T).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Find Var(S) and Var(T).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A large number of observations of S and T are taken.</w:t>
      </w:r>
    </w:p>
    <w:p>
      <w:pPr>
        <w:keepNext w:val="0"/>
        <w:ind w:left="720" w:hanging="357"/>
        <w:jc w:val="both"/>
      </w:pPr>
      <w:r>
        <w:t>d)</w:t>
        <w:tab/>
        <w:t>Comment on any likely differences or similarities.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4.</w:t>
        <w:tab/>
        <w:t>The random variable X has the following probability distribution. Calculate E(sin X).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850"/>
        <w:gridCol w:w="850"/>
        <w:gridCol w:w="850"/>
        <w:gridCol w:w="850"/>
      </w:tblGrid>
      <w:tr>
        <w:trPr>
          <w:trHeight w:val="397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0°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30°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60°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90°</w:t>
            </w:r>
          </w:p>
        </w:tc>
      </w:tr>
      <w:tr>
        <w:trPr>
          <w:trHeight w:val="397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P(X = x)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0.4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0.2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0.1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0.3</w:t>
            </w:r>
          </w:p>
        </w:tc>
      </w:tr>
    </w:tbl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850"/>
        <w:gridCol w:w="850"/>
        <w:gridCol w:w="850"/>
        <w:gridCol w:w="850"/>
      </w:tblGrid>
      <w:tr>
        <w:trPr>
          <w:trHeight w:val="397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sin x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97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P(X = x)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0.4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0.2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0.1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0.3</w:t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jc w:val="center"/>
      </w:pPr>
      <w:r>
        <w:rPr>
          <w:b/>
          <w:sz w:val="32"/>
          <w:u w:val="single"/>
        </w:rPr>
        <w:t>1D Solving Problems Involving Random Variables</w:t>
      </w:r>
    </w:p>
    <w:p>
      <w:pPr>
        <w:keepNext w:val="0"/>
        <w:jc w:val="both"/>
      </w:pPr>
      <w:r>
        <w:t>If Y = g(X) and g is one-to-one, how can you find E(X) and Var(X) from E(Y) and Var(Y)?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X is a discrete random variable. The discrete random variable Y is defined as Y = (X − 150)/50. Given that E(Y) = 5.1 and Var(Y) = 2.5, find:</w:t>
      </w:r>
    </w:p>
    <w:p>
      <w:pPr>
        <w:keepNext w:val="0"/>
        <w:ind w:left="720" w:hanging="357"/>
        <w:jc w:val="both"/>
      </w:pPr>
      <w:r>
        <w:t>a)</w:t>
        <w:tab/>
        <w:t>E(X)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Var(X).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discrete random variable X has a probability distribution given by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850"/>
        <w:gridCol w:w="850"/>
        <w:gridCol w:w="850"/>
        <w:gridCol w:w="850"/>
        <w:gridCol w:w="850"/>
      </w:tblGrid>
      <w:tr>
        <w:trPr>
          <w:trHeight w:val="397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−2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−1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</w:tr>
      <w:tr>
        <w:trPr>
          <w:trHeight w:val="397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P(X = x)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0.3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a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0.25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b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c</w:t>
            </w:r>
          </w:p>
        </w:tc>
      </w:tr>
    </w:tbl>
    <w:p>
      <w:pPr>
        <w:jc w:val="both"/>
      </w:pPr>
    </w:p>
    <w:p>
      <w:pPr>
        <w:keepNext/>
        <w:ind w:left="357"/>
        <w:jc w:val="both"/>
      </w:pPr>
      <w:r>
        <w:t>The discrete random variable Y is defined as Y = 3X − 1. Given that E(Y) = −2.5 and Var(Y) = 13.95, find:</w:t>
      </w:r>
    </w:p>
    <w:p>
      <w:pPr>
        <w:keepNext w:val="0"/>
        <w:ind w:left="720" w:hanging="357"/>
        <w:jc w:val="both"/>
      </w:pPr>
      <w:r>
        <w:t>a)</w:t>
        <w:tab/>
        <w:t>E(X) and E(X²)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the values of a, b and c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P(X &gt; Y)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