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7C Mean and Variance of a Distribution</w:t>
      </w:r>
    </w:p>
    <w:p>
      <w:pPr>
        <w:keepNext/>
        <w:jc w:val="both"/>
      </w:pPr>
      <w:r>
        <w:rPr>
          <w:b w:val="0"/>
        </w:rPr>
        <w:t xml:space="preserve">If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a discrete random variable with probability generating function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keepNext/>
        <w:spacing w:before="60" w:after="60"/>
        <w:jc w:val="center"/>
      </w:pP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= </w:t>
      </w:r>
      <w:r>
        <w:rPr>
          <w:b w:val="0"/>
        </w:rPr>
        <w:t xml:space="preserve">                                    </w:t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Proof of the result for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 xml:space="preserve">: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 w:val="0"/>
        </w:rPr>
        <w:t xml:space="preserve">) = Σ 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/>
          <w:vertAlign w:val="superscript"/>
        </w:rPr>
        <w:t>x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Proof of the result for </w:t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  <w:r>
        <w:rPr>
          <w:b w:val="0"/>
        </w:rPr>
        <w:t>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rPr>
          <w:b w:val="0"/>
        </w:rPr>
        <w:t xml:space="preserve">Differentiating term by term:  if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0)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1)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2)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3)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  <w:vertAlign w:val="superscript"/>
        </w:rPr>
        <w:t>3</w:t>
      </w:r>
      <w:r>
        <w:rPr>
          <w:rFonts w:ascii="Cambria" w:hAnsi="Cambria"/>
          <w:b w:val="0"/>
          <w:i w:val="0"/>
        </w:rPr>
        <w:t xml:space="preserve"> + …</w:t>
      </w:r>
    </w:p>
    <w:p>
      <w:pPr>
        <w:keepNext/>
        <w:ind w:left="357"/>
        <w:jc w:val="both"/>
      </w:pPr>
      <w:r>
        <w:rPr>
          <w:b w:val="0"/>
        </w:rPr>
        <w:t xml:space="preserve">then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′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/>
        <w:ind w:left="357"/>
        <w:jc w:val="both"/>
      </w:pPr>
      <w:r>
        <w:rPr>
          <w:b w:val="0"/>
        </w:rPr>
        <w:t xml:space="preserve">and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″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keepNext w:val="0"/>
        <w:jc w:val="both"/>
      </w:pPr>
      <w:r>
        <w:rPr>
          <w:b w:val="0"/>
        </w:rPr>
        <w:t xml:space="preserve">So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′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 w:val="0"/>
        </w:rPr>
        <w:t>″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 xml:space="preserve">(0) = </w:t>
      </w:r>
      <w:r>
        <w:rPr>
          <w:b w:val="0"/>
        </w:rPr>
        <w:t xml:space="preserve">             and in general </w:t>
      </w:r>
      <w:r>
        <w:rPr>
          <w:rFonts w:ascii="Cambria" w:hAnsi="Cambria"/>
          <w:b w:val="0"/>
          <w:i/>
        </w:rPr>
        <w:t>P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 xml:space="preserve"> = </w:t>
      </w:r>
      <w:r>
        <w:rPr>
          <w:rFonts w:ascii="Cambria" w:hAnsi="Cambria"/>
          <w:b w:val="0"/>
          <w:i/>
        </w:rPr>
        <w:t>n</w:t>
      </w:r>
      <w:r>
        <w:rPr>
          <w:rFonts w:ascii="Cambria" w:hAnsi="Cambria"/>
          <w:b w:val="0"/>
          <w:i w:val="0"/>
        </w:rPr>
        <w:t xml:space="preserve">) = 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rPr>
          <w:b w:val="0"/>
        </w:rPr>
        <w:t>1.</w:t>
        <w:tab/>
        <w:t xml:space="preserve">The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given by</w:t>
      </w:r>
    </w:p>
    <w:p>
      <w:pPr>
        <w:keepNext/>
        <w:spacing w:before="60" w:after="60"/>
        <w:jc w:val="center"/>
      </w:pPr>
      <w:r>
        <w:rPr>
          <w:position w:val="-27"/>
        </w:rPr>
        <w:drawing>
          <wp:inline xmlns:a="http://schemas.openxmlformats.org/drawingml/2006/main" xmlns:pic="http://schemas.openxmlformats.org/drawingml/2006/picture">
            <wp:extent cx="1933955" cy="4617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5363c833a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3955" cy="461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rPr>
          <w:b w:val="0"/>
        </w:rPr>
        <w:t>Find:</w:t>
      </w:r>
    </w:p>
    <w:p>
      <w:pPr>
        <w:keepNext w:val="0"/>
        <w:ind w:left="720" w:hanging="357"/>
        <w:jc w:val="both"/>
      </w:pPr>
      <w:r>
        <w:rPr>
          <w:b w:val="0"/>
        </w:rPr>
        <w:t>a)</w:t>
        <w:tab/>
      </w:r>
      <w:r>
        <w:rPr>
          <w:rFonts w:ascii="Cambria" w:hAnsi="Cambria"/>
          <w:b w:val="0"/>
          <w:i w:val="0"/>
        </w:rPr>
        <w:t>E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rPr>
          <w:b w:val="0"/>
        </w:rPr>
        <w:t>b)</w:t>
        <w:tab/>
      </w:r>
      <w:r>
        <w:rPr>
          <w:rFonts w:ascii="Cambria" w:hAnsi="Cambria"/>
          <w:b w:val="0"/>
          <w:i w:val="0"/>
        </w:rPr>
        <w:t>Var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X</w:t>
      </w:r>
      <w:r>
        <w:rPr>
          <w:rFonts w:ascii="Cambria" w:hAnsi="Cambria"/>
          <w:b w:val="0"/>
          <w:i w:val="0"/>
        </w:rPr>
        <w:t>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rPr>
          <w:b w:val="0"/>
        </w:rPr>
        <w:t>2.</w:t>
        <w:tab/>
        <w:t xml:space="preserve">A discrete random variable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has a probability generating function given by </w:t>
      </w:r>
      <w:r>
        <w:rPr>
          <w:rFonts w:ascii="Cambria" w:hAnsi="Cambria"/>
          <w:b w:val="0"/>
          <w:i/>
        </w:rPr>
        <w:t>G</w:t>
      </w:r>
      <w:r>
        <w:rPr>
          <w:rFonts w:ascii="Cambria" w:hAnsi="Cambria"/>
          <w:b w:val="0"/>
          <w:i/>
          <w:vertAlign w:val="subscript"/>
        </w:rPr>
        <w:t>X</w:t>
      </w:r>
      <w:r>
        <w:rPr>
          <w:rFonts w:ascii="Cambria" w:hAnsi="Cambria"/>
          <w:b w:val="0"/>
          <w:i w:val="0"/>
        </w:rPr>
        <w:t>(</w:t>
      </w:r>
      <w:r>
        <w:rPr>
          <w:rFonts w:ascii="Cambria" w:hAnsi="Cambria"/>
          <w:b w:val="0"/>
          <w:i/>
        </w:rPr>
        <w:t>t</w:t>
      </w:r>
      <w:r>
        <w:rPr>
          <w:rFonts w:ascii="Cambria" w:hAnsi="Cambria"/>
          <w:b w:val="0"/>
          <w:i w:val="0"/>
        </w:rPr>
        <w:t xml:space="preserve">) = </w:t>
      </w:r>
      <w:r>
        <w:rPr>
          <w:rFonts w:ascii="Cambria" w:hAnsi="Cambria"/>
          <w:b w:val="0"/>
          <w:i/>
        </w:rPr>
        <w:t>a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bt</w:t>
      </w:r>
      <w:r>
        <w:rPr>
          <w:rFonts w:ascii="Cambria" w:hAnsi="Cambria"/>
          <w:b w:val="0"/>
          <w:i w:val="0"/>
        </w:rPr>
        <w:t xml:space="preserve"> + </w:t>
      </w:r>
      <w:r>
        <w:rPr>
          <w:rFonts w:ascii="Cambria" w:hAnsi="Cambria"/>
          <w:b w:val="0"/>
          <w:i/>
        </w:rPr>
        <w:t>ct</w:t>
      </w:r>
      <w:r>
        <w:rPr>
          <w:rFonts w:ascii="Cambria" w:hAnsi="Cambria"/>
          <w:b w:val="0"/>
          <w:i w:val="0"/>
          <w:vertAlign w:val="superscript"/>
        </w:rPr>
        <w:t>2</w:t>
      </w:r>
      <w:r>
        <w:rPr>
          <w:b w:val="0"/>
        </w:rPr>
        <w:t xml:space="preserve">, where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,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c</w:t>
      </w:r>
      <w:r>
        <w:rPr>
          <w:b w:val="0"/>
        </w:rPr>
        <w:t xml:space="preserve"> are constants. Given that the expected value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</w:t>
      </w:r>
      <w:r>
        <w:rPr>
          <w:rFonts w:ascii="Cambria" w:hAnsi="Cambria"/>
          <w:b w:val="0"/>
          <w:i w:val="0"/>
          <w:vertAlign w:val="superscript"/>
        </w:rPr>
        <w:t>7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6</w:t>
      </w:r>
      <w:r>
        <w:rPr>
          <w:b w:val="0"/>
        </w:rPr>
        <w:t xml:space="preserve"> and the variance of </w:t>
      </w:r>
      <w:r>
        <w:rPr>
          <w:rFonts w:ascii="Cambria" w:hAnsi="Cambria"/>
          <w:b w:val="0"/>
          <w:i/>
        </w:rPr>
        <w:t>X</w:t>
      </w:r>
      <w:r>
        <w:rPr>
          <w:b w:val="0"/>
        </w:rPr>
        <w:t xml:space="preserve"> is </w:t>
      </w:r>
      <w:r>
        <w:rPr>
          <w:rFonts w:ascii="Cambria" w:hAnsi="Cambria"/>
          <w:b w:val="0"/>
          <w:i w:val="0"/>
          <w:vertAlign w:val="superscript"/>
        </w:rPr>
        <w:t>29</w:t>
      </w:r>
      <w:r>
        <w:rPr>
          <w:rFonts w:ascii="Cambria" w:hAnsi="Cambria"/>
          <w:b w:val="0"/>
          <w:i w:val="0"/>
        </w:rPr>
        <w:t>⁄</w:t>
      </w:r>
      <w:r>
        <w:rPr>
          <w:rFonts w:ascii="Cambria" w:hAnsi="Cambria"/>
          <w:b w:val="0"/>
          <w:i w:val="0"/>
          <w:vertAlign w:val="subscript"/>
        </w:rPr>
        <w:t>36</w:t>
      </w:r>
      <w:r>
        <w:rPr>
          <w:b w:val="0"/>
        </w:rPr>
        <w:t xml:space="preserve">, find the values of </w:t>
      </w:r>
      <w:r>
        <w:rPr>
          <w:rFonts w:ascii="Cambria" w:hAnsi="Cambria"/>
          <w:b w:val="0"/>
          <w:i/>
        </w:rPr>
        <w:t>a</w:t>
      </w:r>
      <w:r>
        <w:rPr>
          <w:b w:val="0"/>
        </w:rPr>
        <w:t xml:space="preserve">, </w:t>
      </w:r>
      <w:r>
        <w:rPr>
          <w:rFonts w:ascii="Cambria" w:hAnsi="Cambria"/>
          <w:b w:val="0"/>
          <w:i/>
        </w:rPr>
        <w:t>b</w:t>
      </w:r>
      <w:r>
        <w:rPr>
          <w:b w:val="0"/>
        </w:rPr>
        <w:t xml:space="preserve"> and </w:t>
      </w:r>
      <w:r>
        <w:rPr>
          <w:rFonts w:ascii="Cambria" w:hAnsi="Cambria"/>
          <w:b w:val="0"/>
          <w:i/>
        </w:rPr>
        <w:t>c</w:t>
      </w:r>
      <w:r>
        <w:rPr>
          <w:b w:val="0"/>
        </w:rPr>
        <w:t>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