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5A The Central Limit Theorem</w:t>
      </w:r>
    </w:p>
    <w:p>
      <w:pPr>
        <w:keepNext w:val="0"/>
        <w:jc w:val="both"/>
      </w:pPr>
      <w:r>
        <w:t>Sample mean of a normal population: if X ~ N(μ, σ²) then X̄ ~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central limit theorem: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When is the distribution of X̄ only an approximation? When does it get better?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Do you need a continuity correction?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A sample of size 9 is taken from a population with distribution N(10, 2²). Find the probability that the sample mean X̄ is more than 11.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13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13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A six-sided dice is relabelled so that there are three faces marked 1, two faces marked 3 and one face marked 6. The dice is rolled 40 times and the mean of the 40 scores is recorded.</w:t>
      </w:r>
    </w:p>
    <w:p>
      <w:pPr>
        <w:keepNext/>
        <w:ind w:left="720" w:hanging="357"/>
        <w:jc w:val="both"/>
      </w:pPr>
      <w:r>
        <w:t>a)</w:t>
        <w:tab/>
        <w:t>Find an approximate distribution for the mean of the scores.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850"/>
        <w:gridCol w:w="850"/>
        <w:gridCol w:w="850"/>
      </w:tblGrid>
      <w:tr>
        <w:trPr>
          <w:trHeight w:val="397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97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P(X = x)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b)</w:t>
        <w:tab/>
        <w:t>Use your approximation to estimate the probability that the mean is greater than 3.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13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13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