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3B Mean and Variance of a Geometric Distribution</w:t>
      </w:r>
    </w:p>
    <w:p>
      <w:pPr>
        <w:keepNext/>
        <w:jc w:val="both"/>
      </w:pPr>
      <w:r>
        <w:t>If X ~ Geo(p), then:</w:t>
      </w:r>
    </w:p>
    <w:p>
      <w:pPr>
        <w:keepNext w:val="0"/>
        <w:jc w:val="both"/>
      </w:pPr>
      <w:r>
        <w:t xml:space="preserve">        Mean of X = E(X) = µ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Variance of X = Var(X) = σ²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Standard deviation: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Dorothy flips a biased coin until it lands on heads. She records the total number of flips, Y. Given that the mean of Y is 2.5, find:</w:t>
      </w:r>
    </w:p>
    <w:p>
      <w:pPr>
        <w:keepNext w:val="0"/>
        <w:ind w:left="720" w:hanging="357"/>
        <w:jc w:val="both"/>
      </w:pPr>
      <w:r>
        <w:t>a)</w:t>
        <w:tab/>
        <w:t>the probability of the coin landing on heads on a single flip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standard deviation of 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