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The Geometric Distribution</w:t>
      </w:r>
    </w:p>
    <w:p>
      <w:pPr>
        <w:keepNext w:val="0"/>
        <w:jc w:val="both"/>
      </w:pPr>
      <w:r>
        <w:t>The geometric distribution models: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Conditions for a geometric model: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 fair dice is rolled until a six appears. X is the number of rolls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…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  <w:t>1/6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  <w:t>…</w:t>
            </w:r>
          </w:p>
        </w:tc>
      </w:tr>
    </w:tbl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68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ba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8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/>
        <w:jc w:val="both"/>
      </w:pPr>
      <w:r>
        <w:t>If X ~ Geo(p), the probability function is:</w:t>
      </w:r>
    </w:p>
    <w:p>
      <w:pPr>
        <w:keepNext w:val="0"/>
        <w:jc w:val="both"/>
      </w:pPr>
      <w:r>
        <w:t xml:space="preserve">        P(X = x) =                                                        x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Cumulative geometric distribution (sum of a geometric series):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P(X ≤ x) =</w:t>
      </w:r>
    </w:p>
    <w:p>
      <w:pPr>
        <w:jc w:val="both"/>
      </w:pPr>
    </w:p>
    <w:p>
      <w:pPr>
        <w:keepNext w:val="0"/>
        <w:jc w:val="both"/>
      </w:pPr>
      <w:r>
        <w:t xml:space="preserve">        P(X &gt; x) =                                         P(X ≥ x) =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Johan is playing a board game where he has to roll a six to start. Find the probability that Johan starts the board game on his fourth roll.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probability that Genevieve passes her driving test on any one attempt is 0.6.</w:t>
      </w:r>
    </w:p>
    <w:p>
      <w:pPr>
        <w:keepNext/>
        <w:ind w:left="720" w:hanging="357"/>
        <w:jc w:val="both"/>
      </w:pPr>
      <w:r>
        <w:t>a)</w:t>
        <w:tab/>
        <w:t>Find the probability that:</w:t>
      </w:r>
    </w:p>
    <w:p>
      <w:pPr>
        <w:keepNext w:val="0"/>
        <w:ind w:left="720" w:hanging="357"/>
        <w:jc w:val="both"/>
      </w:pPr>
      <w:r>
        <w:t>i)</w:t>
        <w:tab/>
        <w:t>she passes on her fifth attempt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ii)</w:t>
        <w:tab/>
        <w:t>she needs five or fewer attempts to pass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iii)</w:t>
        <w:tab/>
        <w:t>she needs more than five attempts to pass.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two assumptions you have used in your calculations.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