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2F Mean and Variance of the Binomial Distribution</w:t>
      </w:r>
    </w:p>
    <w:p>
      <w:pPr>
        <w:keepNext/>
        <w:jc w:val="both"/>
      </w:pPr>
      <w:r>
        <w:t>Reminder: the probability function for X ~ B(n, p) is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151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inom_pmf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5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both"/>
      </w:pPr>
      <w:r>
        <w:t>If X ~ B(n, p), then:</w:t>
      </w:r>
    </w:p>
    <w:p>
      <w:pPr>
        <w:keepNext/>
        <w:ind w:left="357"/>
        <w:jc w:val="both"/>
      </w:pPr>
      <w:r>
        <w:t>E(X) = µ =</w:t>
      </w:r>
    </w:p>
    <w:p>
      <w:pPr>
        <w:jc w:val="both"/>
      </w:pPr>
    </w:p>
    <w:p>
      <w:pPr>
        <w:keepNext/>
        <w:ind w:left="357"/>
        <w:jc w:val="both"/>
      </w:pPr>
      <w:r>
        <w:t>Var(X) = σ²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fair, five-sided spinner is spun 20 times. The random variable X represents the number of 5s obtained.</w:t>
      </w:r>
    </w:p>
    <w:p>
      <w:pPr>
        <w:keepNext w:val="0"/>
        <w:ind w:left="720" w:hanging="357"/>
        <w:jc w:val="both"/>
      </w:pPr>
      <w:r>
        <w:t>a)</w:t>
        <w:tab/>
        <w:t>Find the mean and variance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Find P(X &lt; µ − σ).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A company produces a certain type of delicate component. The probability of any one component being defective is p. The probability of obtaining at least one defective component in a sample of 4 is 0.3439. The company produces 600 components in a day. Find the mean and variance of the number of defective components produced per day.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