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2A/B The Poisson Distribution</w:t>
      </w:r>
    </w:p>
    <w:p>
      <w:pPr>
        <w:keepNext w:val="0"/>
        <w:jc w:val="both"/>
      </w:pPr>
      <w:r>
        <w:t>The Poisson distribution is used to model: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 has a Poisson distribution with parameter λ, we write:</w:t>
      </w:r>
    </w:p>
    <w:p>
      <w:pPr>
        <w:jc w:val="both"/>
      </w:pPr>
    </w:p>
    <w:p>
      <w:pPr>
        <w:keepNext/>
        <w:ind w:left="357"/>
        <w:jc w:val="both"/>
      </w:pPr>
      <w:r>
        <w:t>Probability function: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880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is_pm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88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 w:val="0"/>
        <w:jc w:val="both"/>
      </w:pPr>
      <w:r>
        <w:t>The values that X can take: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497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2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Why the probabilities add up to 1 (use the series expansion below):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4595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ri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59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~ Po(2.1). Find:</w:t>
      </w:r>
    </w:p>
    <w:p>
      <w:pPr>
        <w:keepNext w:val="0"/>
        <w:ind w:left="720" w:hanging="357"/>
        <w:jc w:val="both"/>
      </w:pPr>
      <w:r>
        <w:t>a)</w:t>
        <w:tab/>
        <w:t>P(X =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P(X ≥ 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P(1 &lt; X ≤ 4)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Cumulative Poisson tables give: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Writing probabilities in terms of P(X ≤ x) so you can use the tables: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In terms of P(X ≤ x)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&lt;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≥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&gt; a)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P(a ≤ X ≤ b)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~ Po(5). Find, using tables:</w:t>
      </w:r>
    </w:p>
    <w:p>
      <w:pPr>
        <w:keepNext/>
        <w:ind w:left="720" w:hanging="357"/>
        <w:jc w:val="both"/>
      </w:pPr>
      <w:r>
        <w:t>a)</w:t>
        <w:tab/>
        <w:t>P(X ≤ 3)</w:t>
      </w:r>
    </w:p>
    <w:p>
      <w:pPr>
        <w:keepNext/>
        <w:ind w:left="720" w:hanging="357"/>
        <w:jc w:val="both"/>
      </w:pPr>
      <w:r>
        <w:t>b)</w:t>
        <w:tab/>
        <w:t>P(X ≥ 2)</w:t>
      </w:r>
    </w:p>
    <w:p>
      <w:pPr>
        <w:keepNext/>
        <w:ind w:left="720" w:hanging="357"/>
        <w:jc w:val="both"/>
      </w:pPr>
      <w:r>
        <w:t>c)</w:t>
        <w:tab/>
        <w:t>P(1 ≤ X ≤ 4)</w:t>
      </w:r>
    </w:p>
    <w:p>
      <w:pPr>
        <w:keepNext/>
        <w:ind w:left="357"/>
        <w:jc w:val="both"/>
      </w:pPr>
      <w:r>
        <w:t>Extract from the cumulative Poisson tables, P(X ≤ x):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</w:tblGrid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λ = 4.5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λ = 5.0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 = 0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0.0111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0.0067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0.0611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0.0404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0.1736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0.1247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0.3423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  <w:t>0.2650</w:t>
            </w:r>
          </w:p>
        </w:tc>
      </w:tr>
      <w:tr>
        <w:trPr>
          <w:trHeight w:val="369"/>
          <w:cantSplit/>
        </w:trPr>
        <w:tc>
          <w:tcPr>
            <w:tcW w:type="dxa" w:w="1417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  <w:t>0.5321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  <w:t>0.4405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3.</w:t>
        <w:tab/>
        <w:t>The random variable X ~ Po(7.5). Find the values of a, b and c such that:</w:t>
      </w:r>
    </w:p>
    <w:p>
      <w:pPr>
        <w:keepNext/>
        <w:ind w:left="720" w:hanging="357"/>
        <w:jc w:val="both"/>
      </w:pPr>
      <w:r>
        <w:t>a)</w:t>
        <w:tab/>
        <w:t>P(X ≤ a) = 0.2414</w:t>
      </w:r>
    </w:p>
    <w:p>
      <w:pPr>
        <w:keepNext/>
        <w:ind w:left="720" w:hanging="357"/>
        <w:jc w:val="both"/>
      </w:pPr>
      <w:r>
        <w:t>b)</w:t>
        <w:tab/>
        <w:t>P(X &lt; b) = 0.5246</w:t>
      </w:r>
    </w:p>
    <w:p>
      <w:pPr>
        <w:keepNext/>
        <w:ind w:left="720" w:hanging="357"/>
        <w:jc w:val="both"/>
      </w:pPr>
      <w:r>
        <w:t>c)</w:t>
        <w:tab/>
        <w:t>P(X ≥ c) = 0.3380</w:t>
      </w:r>
    </w:p>
    <w:p>
      <w:pPr>
        <w:keepNext/>
        <w:ind w:left="357"/>
        <w:jc w:val="both"/>
      </w:pPr>
      <w:r>
        <w:t>Extract from the cumulative Poisson tables, λ = 7.5: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</w:tblGrid>
      <w:tr>
        <w:trPr>
          <w:trHeight w:val="369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369"/>
          <w:cantSplit/>
        </w:trPr>
        <w:tc>
          <w:tcPr>
            <w:tcW w:type="dxa" w:w="907"/>
          </w:tcPr>
          <w:p>
            <w:pPr>
              <w:jc w:val="center"/>
            </w:pPr>
            <w:r>
              <w:rPr>
                <w:b/>
                <w:sz w:val="22"/>
              </w:rPr>
              <w:t>P(X ≤ x)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0.1321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0.2414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0.3782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0.5246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0.6620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0.7764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