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1D Solving Problems Involving Random Variables</w:t>
      </w:r>
    </w:p>
    <w:p>
      <w:pPr>
        <w:keepNext w:val="0"/>
        <w:jc w:val="both"/>
      </w:pPr>
      <w:r>
        <w:t>If Y = g(X) and g is one-to-one, how can you find E(X) and Var(X) from E(Y) and Var(Y)?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X is a discrete random variable. The discrete random variable Y is defined as Y = (X − 150)/50. Given that E(Y) = 5.1 and Var(Y) = 2.5, 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discrete random variable X has a probability distribution given by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c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The discrete random variable Y is defined as Y = 3X − 1. Given that E(Y) = −2.5 and Var(Y) = 13.95, find:</w:t>
      </w:r>
    </w:p>
    <w:p>
      <w:pPr>
        <w:keepNext w:val="0"/>
        <w:ind w:left="720" w:hanging="357"/>
        <w:jc w:val="both"/>
      </w:pPr>
      <w:r>
        <w:t>a)</w:t>
        <w:tab/>
        <w:t>E(X) and 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values of a, b and c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&gt; 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