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1C Expected Value and Variance of a Function of X</w:t>
      </w:r>
    </w:p>
    <w:p>
      <w:pPr>
        <w:keepNext w:val="0"/>
        <w:jc w:val="both"/>
      </w:pPr>
      <w:r>
        <w:t>Expected value of a function, E(g(X)):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E(aX + b):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E(X + Y):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Var(aX + b):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discrete random variable X has the probability distribution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12/25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6/25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4/25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3/25</w:t>
            </w: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Write down the probability distribution for Y where Y = 2X + 1.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P(Y = y)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E(Y).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Compute E(X) and verify that E(Y) = 2E(X) + 1.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A random variable X has E(X) = 4 and Var(X) = 3. Find:</w:t>
      </w:r>
    </w:p>
    <w:p>
      <w:pPr>
        <w:keepNext w:val="0"/>
        <w:ind w:left="720" w:hanging="357"/>
        <w:jc w:val="both"/>
      </w:pPr>
      <w:r>
        <w:t>a)</w:t>
        <w:tab/>
        <w:t>E(3X)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E(X − 2)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Var(3X)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Var(X − 2)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e)</w:t>
        <w:tab/>
        <w:t>E(X²)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Two fair 10p coins are spun. The random variable X pence represents the total value of the coins that land heads up.</w:t>
      </w:r>
    </w:p>
    <w:p>
      <w:pPr>
        <w:keepNext/>
        <w:ind w:left="720" w:hanging="357"/>
        <w:jc w:val="both"/>
      </w:pPr>
      <w:r>
        <w:t>a)</w:t>
        <w:tab/>
        <w:t>Find E(X) and Var(X).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 random variables S and T are defined as follows:  S = X − 10  and  T = ½X − 5</w:t>
      </w:r>
    </w:p>
    <w:p>
      <w:pPr>
        <w:keepNext w:val="0"/>
        <w:ind w:left="720" w:hanging="357"/>
        <w:jc w:val="both"/>
      </w:pPr>
      <w:r>
        <w:t>b)</w:t>
        <w:tab/>
        <w:t>Show that E(S) = E(T).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Find Var(S) and Var(T).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A large number of observations of S and T are taken.</w:t>
      </w:r>
    </w:p>
    <w:p>
      <w:pPr>
        <w:keepNext w:val="0"/>
        <w:ind w:left="720" w:hanging="357"/>
        <w:jc w:val="both"/>
      </w:pPr>
      <w:r>
        <w:t>d)</w:t>
        <w:tab/>
        <w:t>Comment on any likely differences or similarities.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The random variable X has the following probability distribution. Calculate E(sin X).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0°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30°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60°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  <w:t>90°</w:t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0.4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0.2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0.1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0.3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850"/>
        <w:gridCol w:w="850"/>
        <w:gridCol w:w="850"/>
        <w:gridCol w:w="850"/>
      </w:tblGrid>
      <w:tr>
        <w:trPr>
          <w:trHeight w:val="397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sin x</w:t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850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97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P(X = x)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0.4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0.2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0.1</w:t>
            </w:r>
          </w:p>
        </w:tc>
        <w:tc>
          <w:tcPr>
            <w:tcW w:type="dxa" w:w="850"/>
          </w:tcPr>
          <w:p>
            <w:pPr>
              <w:jc w:val="center"/>
            </w:pPr>
            <w:r>
              <w:rPr>
                <w:sz w:val="22"/>
              </w:rPr>
              <w:t>0.3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