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1A Expected Value of a Discrete Random Variable</w:t>
      </w:r>
    </w:p>
    <w:p>
      <w:pPr>
        <w:keepNext w:val="0"/>
        <w:jc w:val="both"/>
      </w:pPr>
      <w:r>
        <w:t>Discrete random variable: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Expected value of X, E(X):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probabilities of a discrete random variable: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fair six-sided dice is rolled. The number on the uppermost face is modelled by the random variable X.</w:t>
      </w:r>
    </w:p>
    <w:p>
      <w:pPr>
        <w:keepNext/>
        <w:ind w:left="720" w:hanging="357"/>
        <w:jc w:val="both"/>
      </w:pPr>
      <w:r>
        <w:t>a)</w:t>
        <w:tab/>
        <w:t>Write down the probability distribution of X.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the probability distribution of X to calculate E(X).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Does the expected value have to be a value X can take?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has a probability distribution as shown in the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Given that E(X) = 3, write down two equations involving p and q.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value of p and the value of q.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Expected value of X², E(X²):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discrete random variable X has the following probability distribution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12/25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6/25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4/25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3/25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Write down the probability distribution for X².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x²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P(X² = x²)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E(X²).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Is E(X²) equal to (E(X))²?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