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6A Reduction Formulae</w:t>
      </w:r>
    </w:p>
    <w:p>
      <w:pPr>
        <w:keepNext w:val="0"/>
        <w:jc w:val="both"/>
      </w:pPr>
      <w:r>
        <w:t>A reduction formula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formula for integration by parts: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you use a reduction formula to find an integral: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Given that Iₙ = ∫xⁿeˣ dx, where n is a positive integer,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731008" cy="2011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804dc2a5671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1008" cy="201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79448" cy="3901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9763c6f1c05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9448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949952" cy="39014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0e97fe0896d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9952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432048" cy="39014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195afc8f517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32048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you may need an identity after integrating by parts: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523232" cy="46329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2cb209cf08d9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23232" cy="463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Iₙ = ∫tanⁿx dx, where n is a positive integer. By writing tanⁿx as tanⁿ⁻²x tan²x, and using 1 + tan²x ≡ sec²x, establish the reduction formula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292096" cy="35966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ccf8d471fc1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2096" cy="359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749040" cy="50901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2d4bc61444d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509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Prove that, for n ≥ 2, nIₙ = (n − 1)Iₙ₋₂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Find the values of</w:t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2709672" cy="5090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f5f9093aa91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9672" cy="509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86584" cy="46634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587a9afd3cff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6584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258312" cy="39319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19d8cd937a6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8312" cy="393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913888" cy="4419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7a43819fac4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3888" cy="441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You may assume that the limit of Iₙ as n → ∞ is 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398264" cy="39014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249eec1d0e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98264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547616" cy="39014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4dcdf79f7fc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47616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831336" cy="57912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dbd7cad3709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31336" cy="57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6B Arc Length</w:t>
      </w:r>
    </w:p>
    <w:p>
      <w:pPr>
        <w:keepNext w:val="0"/>
        <w:jc w:val="both"/>
      </w:pPr>
      <w:r>
        <w:t>Arc length means:</w:t>
      </w:r>
    </w:p>
    <w:p>
      <w:pPr>
        <w:jc w:val="both"/>
      </w:pPr>
    </w:p>
    <w:p>
      <w:pPr>
        <w:keepNext w:val="0"/>
        <w:jc w:val="both"/>
      </w:pPr>
      <w:r>
        <w:t>Using Pythagoras on a small arc δs: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y = f(x), integrating with respect to x: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y = f(x), integrating with respect to y: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a curve given parametrically, x = f(t), y = g(t):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a curve with polar equation r = f(θ), between θ = α and θ = β: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length of the arc PQ on the curve with equation y = ⅔x^(3/2), where the x-coordinates of P and Q are 8 and 15 respectively.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6589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58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curve is defined by the parametric equations x = 3 + 2cos t, y = 2t + 2sin t, t ∈ ℝ.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96396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63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2563368" cy="39624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1338f366524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63368" cy="39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exact length of this curve between the points where t = π/3 and t = π.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curve C shown in the diagram has polar equation r = 5e²ᶿ. Find the length of the arc of C between the points on the curve with θ = 0 and θ = π/2.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203012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030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useful substitution for ∫√(1 + x²) dx: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Find the exact length of the arc on the parabola with equation y = ½x², from the origin to the point P(4, 8).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6C Area of a Surface of Revolution</w:t>
      </w:r>
    </w:p>
    <w:p>
      <w:pPr>
        <w:keepNext w:val="0"/>
        <w:jc w:val="both"/>
      </w:pPr>
      <w:r>
        <w:t>A surface of revolution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Area of the thin band made by rotating a small arc δs, a distance y from the x-axis: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y = f(x) rotated through 2π about the x-axis: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a Cartesian curve rotated through 2π about the y-axis (two forms):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a parametric curve x = f(t), y = g(t), rotated about the x-axis and about the y-axis: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a polar curve r = f(θ), rotated about the initial line and about the line θ = π/2: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curve C has equation y = ⅓√x (3 − x). The arc of the curve between the points with x-coordinates 1 and 3 is completely rotated about the x-axis. Find the area of the surface generated.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32571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325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curve with parametric equations x = t − sin t, y = 1 − cos t, from t = 0 to t = 2π, is rotated through 360° about the x-axis. Find the area of the surface generated.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1142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11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graph of the polar equation r = 4 + 4sin θ from θ = −π/2 to θ = π/2 is shown below. The curve is rotated through 2π radians about the vertical line θ = π/2, forming a surface of revolution. Find the exact area of the surface.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84627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846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arc of the curve with equation y = cosh x, from the point (0, 1) to (ln 2, 5/4), is rotated completely about the y-axis. Find the area of the surface generated.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670886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70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