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3A Loci in an Argand Diagram</w:t>
      </w:r>
    </w:p>
    <w:p>
      <w:pPr>
        <w:keepNext w:val="0"/>
        <w:jc w:val="left"/>
      </w:pPr>
      <w:r>
        <w:t>The locus of z where |z − z</w:t>
      </w:r>
      <w:r>
        <w:rPr>
          <w:vertAlign w:val="subscript"/>
        </w:rPr>
        <w:t>1</w:t>
      </w:r>
      <w:r>
        <w:t>| = r is: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locus of z where |z − z</w:t>
      </w:r>
      <w:r>
        <w:rPr>
          <w:vertAlign w:val="subscript"/>
        </w:rPr>
        <w:t>1</w:t>
      </w:r>
      <w:r>
        <w:t>| = |z − z</w:t>
      </w:r>
      <w:r>
        <w:rPr>
          <w:vertAlign w:val="subscript"/>
        </w:rPr>
        <w:t>2</w:t>
      </w:r>
      <w:r>
        <w:t>| is: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locus of z where |z − a| = k|z − b|, with k &gt; 0 and k ≠ 1, is:</w:t>
      </w:r>
    </w:p>
    <w:p>
      <w:pPr>
        <w:jc w:val="left"/>
      </w:pPr>
    </w:p>
    <w:p>
      <w:pPr>
        <w:keepNext w:val="0"/>
        <w:jc w:val="left"/>
      </w:pPr>
      <w:r>
        <w:t>How to find its centre and radius: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>Given that |z − 6| = 2|z + 6 − 9i|,</w:t>
      </w:r>
    </w:p>
    <w:p>
      <w:pPr>
        <w:keepNext w:val="0"/>
        <w:ind w:left="720" w:hanging="357"/>
        <w:jc w:val="left"/>
      </w:pPr>
      <w:r>
        <w:t>a)</w:t>
        <w:tab/>
        <w:t>use algebra to show that the locus of z is a circle, stating its centre and its radius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sketch the locus of z on an Argand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 w:val="0"/>
        <w:jc w:val="left"/>
      </w:pPr>
      <w:r>
        <w:t>The locus of z where arg(z − z</w:t>
      </w:r>
      <w:r>
        <w:rPr>
          <w:vertAlign w:val="subscript"/>
        </w:rPr>
        <w:t>1</w:t>
      </w:r>
      <w:r>
        <w:t>) = θ is: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jc w:val="left"/>
      </w:pPr>
      <w:r>
        <w:t>Three circle theorems that help with arg loci:</w:t>
      </w:r>
    </w:p>
    <w:p>
      <w:pPr>
        <w:keepNext/>
        <w:ind w:left="357"/>
        <w:jc w:val="left"/>
      </w:pPr>
      <w:r>
        <w:t>•</w:t>
      </w:r>
    </w:p>
    <w:p>
      <w:pPr>
        <w:jc w:val="left"/>
      </w:pPr>
    </w:p>
    <w:p>
      <w:pPr>
        <w:keepNext/>
        <w:ind w:left="357"/>
        <w:jc w:val="left"/>
      </w:pPr>
      <w:r>
        <w:t>•</w:t>
      </w:r>
    </w:p>
    <w:p>
      <w:pPr>
        <w:jc w:val="left"/>
      </w:pPr>
    </w:p>
    <w:p>
      <w:pPr>
        <w:keepNext/>
        <w:ind w:left="357"/>
        <w:jc w:val="left"/>
      </w:pPr>
      <w:r>
        <w:t>•</w:t>
      </w:r>
    </w:p>
    <w:p>
      <w:pPr>
        <w:jc w:val="left"/>
      </w:pPr>
    </w:p>
    <w:p>
      <w:pPr>
        <w:keepNext w:val="0"/>
        <w:jc w:val="left"/>
      </w:pPr>
      <w:r>
        <w:t xml:space="preserve">The locus of z where </w:t>
      </w:r>
      <w:r>
        <w:rPr>
          <w:position w:val="-13"/>
        </w:rPr>
        <w:drawing>
          <wp:inline xmlns:a="http://schemas.openxmlformats.org/drawingml/2006/main" xmlns:pic="http://schemas.openxmlformats.org/drawingml/2006/picture">
            <wp:extent cx="957072" cy="2743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8c1d1a6960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7072" cy="274320"/>
                    </a:xfrm>
                    <a:prstGeom prst="rect"/>
                  </pic:spPr>
                </pic:pic>
              </a:graphicData>
            </a:graphic>
          </wp:inline>
        </w:drawing>
      </w:r>
      <w:r>
        <w:t>, θ &gt; 0, is: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Why (use arg z</w:t>
      </w:r>
      <w:r>
        <w:rPr>
          <w:vertAlign w:val="subscript"/>
        </w:rPr>
        <w:t>1</w:t>
      </w:r>
      <w:r>
        <w:t xml:space="preserve"> − arg z</w:t>
      </w:r>
      <w:r>
        <w:rPr>
          <w:vertAlign w:val="subscript"/>
        </w:rPr>
        <w:t>2</w:t>
      </w:r>
      <w:r>
        <w:t xml:space="preserve"> = arg(z</w:t>
      </w:r>
      <w:r>
        <w:rPr>
          <w:vertAlign w:val="subscript"/>
        </w:rPr>
        <w:t>1</w:t>
      </w:r>
      <w:r>
        <w:t>/z</w:t>
      </w:r>
      <w:r>
        <w:rPr>
          <w:vertAlign w:val="subscript"/>
        </w:rPr>
        <w:t>2</w:t>
      </w:r>
      <w:r>
        <w:t>)):</w:t>
      </w: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</w:tblGrid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Shape of the locus</w:t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θ &lt; π/2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θ = π/2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jc w:val="center"/>
            </w:pPr>
            <w:r>
              <w:rPr>
                <w:b/>
                <w:sz w:val="22"/>
              </w:rPr>
              <w:t>θ &gt; π/2</w:t>
            </w:r>
          </w:p>
        </w:tc>
        <w:tc>
          <w:tcPr>
            <w:tcW w:type="dxa" w:w="2551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jc w:val="left"/>
      </w:pPr>
      <w:r>
        <w:t>Which way round the arc goes, and what happens at the endpoints A and B: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2.</w:t>
        <w:tab/>
        <w:t xml:space="preserve">Given that </w:t>
      </w:r>
      <w:r>
        <w:rPr>
          <w:position w:val="-15"/>
        </w:rPr>
        <w:drawing>
          <wp:inline xmlns:a="http://schemas.openxmlformats.org/drawingml/2006/main" xmlns:pic="http://schemas.openxmlformats.org/drawingml/2006/picture">
            <wp:extent cx="990599" cy="30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31972b628bc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0599" cy="304800"/>
                    </a:xfrm>
                    <a:prstGeom prst="rect"/>
                  </pic:spPr>
                </pic:pic>
              </a:graphicData>
            </a:graphic>
          </wp:inline>
        </w:drawing>
      </w:r>
      <w:r>
        <w:t>,</w:t>
      </w:r>
    </w:p>
    <w:p>
      <w:pPr>
        <w:keepNext/>
        <w:ind w:left="720" w:hanging="357"/>
        <w:jc w:val="left"/>
      </w:pPr>
      <w:r>
        <w:t>a)</w:t>
        <w:tab/>
        <w:t>sketch the locus of P(x, y) which is represented by z on an Argand diagram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find the Cartesian equation of this locus.</w:t>
      </w:r>
    </w:p>
    <w:p>
      <w:pPr>
        <w:keepNext/>
        <w:ind w:left="357"/>
        <w:jc w:val="left"/>
      </w:pPr>
      <w:r>
        <w:t>Method 1 (geometric):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/>
        <w:jc w:val="left"/>
      </w:pPr>
      <w:r>
        <w:t>Method 2 (algebraic):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3.</w:t>
        <w:tab/>
        <w:t xml:space="preserve">Given the equation </w:t>
      </w:r>
      <w:r>
        <w:rPr>
          <w:position w:val="-13"/>
        </w:rPr>
        <w:drawing>
          <wp:inline xmlns:a="http://schemas.openxmlformats.org/drawingml/2006/main" xmlns:pic="http://schemas.openxmlformats.org/drawingml/2006/picture">
            <wp:extent cx="1021080" cy="2743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999e36d6aca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274320"/>
                    </a:xfrm>
                    <a:prstGeom prst="rect"/>
                  </pic:spPr>
                </pic:pic>
              </a:graphicData>
            </a:graphic>
          </wp:inline>
        </w:drawing>
      </w:r>
      <w:r>
        <w:t>,</w:t>
      </w:r>
    </w:p>
    <w:p>
      <w:pPr>
        <w:keepNext/>
        <w:ind w:left="720" w:hanging="357"/>
        <w:jc w:val="left"/>
      </w:pPr>
      <w:r>
        <w:t>a)</w:t>
        <w:tab/>
        <w:t>sketch the locus of points z that satisfy the equation on an Argand diagram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Hence write down the range of possible values of Re(z).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pageBreakBefore/>
        <w:jc w:val="center"/>
      </w:pPr>
      <w:r>
        <w:rPr>
          <w:b/>
          <w:sz w:val="32"/>
          <w:u w:val="single"/>
        </w:rPr>
        <w:t>3B Regions in an Argand Diagram</w:t>
      </w:r>
    </w:p>
    <w:p>
      <w:pPr>
        <w:keepNext w:val="0"/>
        <w:jc w:val="left"/>
      </w:pPr>
      <w:r>
        <w:t>The region θ</w:t>
      </w:r>
      <w:r>
        <w:rPr>
          <w:vertAlign w:val="subscript"/>
        </w:rPr>
        <w:t>1</w:t>
      </w:r>
      <w:r>
        <w:t xml:space="preserve"> ≤ arg(z − z</w:t>
      </w:r>
      <w:r>
        <w:rPr>
          <w:vertAlign w:val="subscript"/>
        </w:rPr>
        <w:t>1</w:t>
      </w:r>
      <w:r>
        <w:t>) ≤ θ</w:t>
      </w:r>
      <w:r>
        <w:rPr>
          <w:vertAlign w:val="subscript"/>
        </w:rPr>
        <w:t>2</w:t>
      </w:r>
      <w:r>
        <w:t xml:space="preserve"> is: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Solid and dashed boundary lines (≤ and &lt;):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region |z − z</w:t>
      </w:r>
      <w:r>
        <w:rPr>
          <w:vertAlign w:val="subscript"/>
        </w:rPr>
        <w:t>1</w:t>
      </w:r>
      <w:r>
        <w:t>| ≤ r is: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symbols ∩ and ∪ mean:</w:t>
      </w: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>Describe algebraically, in terms of z, the region shown in each Argand diagram.</w:t>
      </w:r>
    </w:p>
    <w:p>
      <w:pPr>
        <w:keepNext/>
        <w:ind w:left="720" w:hanging="357"/>
        <w:jc w:val="left"/>
      </w:pPr>
      <w:r>
        <w:t>a)</w:t>
        <w:tab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52962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529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46603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b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4660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c)</w:t>
        <w:tab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37900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3790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d)</w:t>
        <w:tab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54772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5477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Tip for sketching an intersection of regions:</w:t>
      </w: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2.</w:t>
        <w:tab/>
        <w:t>On separate Argand diagrams, shade the region satisfied by each set of points:</w:t>
      </w:r>
    </w:p>
    <w:p>
      <w:pPr>
        <w:keepNext/>
        <w:ind w:left="720" w:hanging="357"/>
        <w:jc w:val="left"/>
      </w:pPr>
      <w:r>
        <w:t>a)</w:t>
        <w:tab/>
        <w:t xml:space="preserve">{z ∈ ℂ : </w:t>
      </w:r>
      <w:r>
        <w:rPr>
          <w:position w:val="-15"/>
        </w:rPr>
        <w:drawing>
          <wp:inline xmlns:a="http://schemas.openxmlformats.org/drawingml/2006/main" xmlns:pic="http://schemas.openxmlformats.org/drawingml/2006/picture">
            <wp:extent cx="185928" cy="30784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a78b447f660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5928" cy="30784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≤ arg z ≤ π} ∩ {z ∈ ℂ : |z + 3 − 4i| ≤ 5}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{z ∈ ℂ : 2|z − 4| ≤ |z|} ∩ {z ∈ ℂ : 4 ≤ Re(z) ≤ 6}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pageBreakBefore/>
        <w:jc w:val="center"/>
      </w:pPr>
      <w:r>
        <w:rPr>
          <w:b/>
          <w:sz w:val="32"/>
          <w:u w:val="single"/>
        </w:rPr>
        <w:t>3C Transformations of the Complex Plane</w:t>
      </w:r>
    </w:p>
    <w:p>
      <w:pPr>
        <w:keepNext w:val="0"/>
        <w:jc w:val="left"/>
      </w:pPr>
      <w:r>
        <w:t>A transformation maps the z-plane (z = x + iy) to the w-plane (w = u + iv). Method for finding the image of a locus: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</w:tblGrid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</w:p>
        </w:tc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Transformation it represents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 = z + a + ib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 = kz  (k real)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 = iz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jc w:val="center"/>
            </w:pPr>
            <w:r>
              <w:rPr>
                <w:b/>
                <w:sz w:val="22"/>
              </w:rPr>
              <w:t>w = kz + a + ib</w:t>
            </w:r>
          </w:p>
        </w:tc>
        <w:tc>
          <w:tcPr>
            <w:tcW w:type="dxa" w:w="3402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>The point P represents the complex number z on an Argand diagram, where |z| = 2. T</w:t>
      </w:r>
      <w:r>
        <w:rPr>
          <w:vertAlign w:val="subscript"/>
        </w:rPr>
        <w:t>1</w:t>
      </w:r>
      <w:r>
        <w:t>, T</w:t>
      </w:r>
      <w:r>
        <w:rPr>
          <w:vertAlign w:val="subscript"/>
        </w:rPr>
        <w:t>2</w:t>
      </w:r>
      <w:r>
        <w:t xml:space="preserve"> and T</w:t>
      </w:r>
      <w:r>
        <w:rPr>
          <w:vertAlign w:val="subscript"/>
        </w:rPr>
        <w:t>3</w:t>
      </w:r>
      <w:r>
        <w:t xml:space="preserve"> represent transformations from the z-plane, where z = x + iy, to the w-plane, where w = u + iv. Describe the locus of the image of P under the transformations:</w:t>
      </w:r>
    </w:p>
    <w:p>
      <w:pPr>
        <w:keepNext w:val="0"/>
        <w:ind w:left="720" w:hanging="357"/>
        <w:jc w:val="left"/>
      </w:pPr>
      <w:r>
        <w:t>a)</w:t>
        <w:tab/>
        <w:t>T</w:t>
      </w:r>
      <w:r>
        <w:rPr>
          <w:vertAlign w:val="subscript"/>
        </w:rPr>
        <w:t>1</w:t>
      </w:r>
      <w:r>
        <w:t>: w = z − 2 + 4i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T</w:t>
      </w:r>
      <w:r>
        <w:rPr>
          <w:vertAlign w:val="subscript"/>
        </w:rPr>
        <w:t>2</w:t>
      </w:r>
      <w:r>
        <w:t>: w = 3z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T</w:t>
      </w:r>
      <w:r>
        <w:rPr>
          <w:vertAlign w:val="subscript"/>
        </w:rPr>
        <w:t>3</w:t>
      </w:r>
      <w:r>
        <w:t>: w = ½z + i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2.</w:t>
        <w:tab/>
        <w:t xml:space="preserve">For the transformation w = iz − 1, find the locus of w when z lies on the half-line </w:t>
      </w:r>
      <w:r>
        <w:rPr>
          <w:position w:val="-12"/>
        </w:rPr>
        <w:drawing>
          <wp:inline xmlns:a="http://schemas.openxmlformats.org/drawingml/2006/main" xmlns:pic="http://schemas.openxmlformats.org/drawingml/2006/picture">
            <wp:extent cx="883920" cy="27127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65562b9f727c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271272"/>
                    </a:xfrm>
                    <a:prstGeom prst="rect"/>
                  </pic:spPr>
                </pic:pic>
              </a:graphicData>
            </a:graphic>
          </wp:inline>
        </w:drawing>
      </w:r>
      <w:r>
        <w:t>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uv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r>
        <w:br w:type="page"/>
      </w:r>
    </w:p>
    <w:p>
      <w:pPr>
        <w:keepNext/>
        <w:ind w:left="357" w:hanging="357"/>
        <w:jc w:val="left"/>
      </w:pPr>
      <w:r>
        <w:t>3.</w:t>
        <w:tab/>
        <w:t>A transformation from the z-plane to the w-plane is given by w = z</w:t>
      </w:r>
      <w:r>
        <w:rPr>
          <w:vertAlign w:val="superscript"/>
        </w:rPr>
        <w:t>2</w:t>
      </w:r>
      <w:r>
        <w:t>, where z = x + iy and w = u + iv. Describe the locus of w and give its Cartesian equation when z lies on:</w:t>
      </w:r>
    </w:p>
    <w:p>
      <w:pPr>
        <w:keepNext w:val="0"/>
        <w:ind w:left="720" w:hanging="357"/>
        <w:jc w:val="left"/>
      </w:pPr>
      <w:r>
        <w:t>a)</w:t>
        <w:tab/>
        <w:t>a circle with equation x</w:t>
      </w:r>
      <w:r>
        <w:rPr>
          <w:vertAlign w:val="superscript"/>
        </w:rPr>
        <w:t>2</w:t>
      </w:r>
      <w:r>
        <w:t xml:space="preserve"> + y</w:t>
      </w:r>
      <w:r>
        <w:rPr>
          <w:vertAlign w:val="superscript"/>
        </w:rPr>
        <w:t>2</w:t>
      </w:r>
      <w:r>
        <w:t xml:space="preserve"> = 16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the line with equation x = 1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uv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 xml:space="preserve">Transformations of the form </w:t>
      </w:r>
      <w:r>
        <w:rPr>
          <w:position w:val="-16"/>
        </w:rPr>
        <w:drawing>
          <wp:inline xmlns:a="http://schemas.openxmlformats.org/drawingml/2006/main" xmlns:pic="http://schemas.openxmlformats.org/drawingml/2006/picture">
            <wp:extent cx="664462" cy="320039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015f57a22ad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462" cy="320039"/>
                    </a:xfrm>
                    <a:prstGeom prst="rect"/>
                  </pic:spPr>
                </pic:pic>
              </a:graphicData>
            </a:graphic>
          </wp:inline>
        </w:drawing>
      </w:r>
      <w:r>
        <w:t>, a, b, c, d ∈ ℂ, are called:</w:t>
      </w:r>
    </w:p>
    <w:p>
      <w:pPr>
        <w:jc w:val="left"/>
      </w:pPr>
    </w:p>
    <w:p>
      <w:pPr>
        <w:keepNext w:val="0"/>
        <w:jc w:val="left"/>
      </w:pPr>
      <w:r>
        <w:t>Method: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4.</w:t>
        <w:tab/>
        <w:t xml:space="preserve">The transformation T from the z-plane, where z = x + iy, to the w-plane, where w = u + iv, is given by </w:t>
      </w:r>
      <w:r>
        <w:rPr>
          <w:position w:val="-16"/>
        </w:rPr>
        <w:drawing>
          <wp:inline xmlns:a="http://schemas.openxmlformats.org/drawingml/2006/main" xmlns:pic="http://schemas.openxmlformats.org/drawingml/2006/picture">
            <wp:extent cx="676656" cy="316992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49b7aff4ff9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6656" cy="316992"/>
                    </a:xfrm>
                    <a:prstGeom prst="rect"/>
                  </pic:spPr>
                </pic:pic>
              </a:graphicData>
            </a:graphic>
          </wp:inline>
        </w:drawing>
      </w:r>
      <w:r>
        <w:t>, z ≠ −1.</w:t>
      </w:r>
    </w:p>
    <w:p>
      <w:pPr>
        <w:keepNext w:val="0"/>
        <w:ind w:left="720" w:hanging="357"/>
        <w:jc w:val="left"/>
      </w:pPr>
      <w:r>
        <w:t>a)</w:t>
        <w:tab/>
        <w:t>Show that the image, under T, of the circle |z| = 1 in the z-plane is a line l in the w-plane.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Sketch l on an Argand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uv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 w:val="0"/>
        <w:ind w:left="357" w:hanging="357"/>
        <w:jc w:val="left"/>
      </w:pPr>
      <w:r>
        <w:t>5.</w:t>
        <w:tab/>
        <w:t xml:space="preserve">The transformation T from the z-plane, where z = x + iy, to the w-plane, where w = u + iv, is given by </w:t>
      </w:r>
      <w:r>
        <w:rPr>
          <w:position w:val="-16"/>
        </w:rPr>
        <w:drawing>
          <wp:inline xmlns:a="http://schemas.openxmlformats.org/drawingml/2006/main" xmlns:pic="http://schemas.openxmlformats.org/drawingml/2006/picture">
            <wp:extent cx="670560" cy="316992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11a17687d3f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316992"/>
                    </a:xfrm>
                    <a:prstGeom prst="rect"/>
                  </pic:spPr>
                </pic:pic>
              </a:graphicData>
            </a:graphic>
          </wp:inline>
        </w:drawing>
      </w:r>
      <w:r>
        <w:t>, z ≠ −1. Show that the image, under T, of the circle with equation x</w:t>
      </w:r>
      <w:r>
        <w:rPr>
          <w:vertAlign w:val="superscript"/>
        </w:rPr>
        <w:t>2</w:t>
      </w:r>
      <w:r>
        <w:t xml:space="preserve"> + y</w:t>
      </w:r>
      <w:r>
        <w:rPr>
          <w:vertAlign w:val="superscript"/>
        </w:rPr>
        <w:t>2</w:t>
      </w:r>
      <w:r>
        <w:t xml:space="preserve"> = 4 in the z-plane is a circle C in the w-plane. State the centre and radius of C.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6.</w:t>
        <w:tab/>
        <w:t xml:space="preserve">A transformation T of the z-plane to the w-plane is given by </w:t>
      </w:r>
      <w:r>
        <w:rPr>
          <w:position w:val="-15"/>
        </w:rPr>
        <w:drawing>
          <wp:inline xmlns:a="http://schemas.openxmlformats.org/drawingml/2006/main" xmlns:pic="http://schemas.openxmlformats.org/drawingml/2006/picture">
            <wp:extent cx="640080" cy="3048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7881cf7a419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304800"/>
                    </a:xfrm>
                    <a:prstGeom prst="rect"/>
                  </pic:spPr>
                </pic:pic>
              </a:graphicData>
            </a:graphic>
          </wp:inline>
        </w:drawing>
      </w:r>
      <w:r>
        <w:t>, z ≠ 1. Show that as z lies on the real axis in the z-plane, then w lies on a line l in the w-plane. Sketch l on an Argand diagram.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uv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