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2A The Axioms for a Group</w:t>
      </w:r>
    </w:p>
    <w:p>
      <w:pPr>
        <w:keepNext w:val="0"/>
        <w:jc w:val="both"/>
      </w:pPr>
      <w:r>
        <w:t>Binary operation: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A set S is closed under a binary operation ∗ if:</w:t>
      </w:r>
    </w:p>
    <w:p>
      <w:pPr>
        <w:jc w:val="both"/>
      </w:pPr>
    </w:p>
    <w:p>
      <w:pPr>
        <w:keepNext w:val="0"/>
        <w:ind w:left="357" w:hanging="357"/>
        <w:jc w:val="both"/>
      </w:pPr>
      <w:r>
        <w:t>1.</w:t>
        <w:tab/>
        <w:t>S = {x + y√3 : x, y ∈ ℤ}. Show that addition is a binary operation on S.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2.</w:t>
        <w:tab/>
        <w:t>Show that the set of natural numbers, ℕ = {1, 2, 3, 4, ...}, is not closed under subtraction.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Identity element of a set S under a binary operation ∗:</w:t>
      </w: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3.</w:t>
        <w:tab/>
        <w:t>Prove that an identity element of a set S under a binary operation must be unique.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Inverse elements (a and b are inverses of each other if...):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4.</w:t>
        <w:tab/>
        <w:t>The binary operation ∗ on the set of real numbers is defined as a ∗ b = a + b + ab.</w:t>
      </w:r>
    </w:p>
    <w:p>
      <w:pPr>
        <w:keepNext w:val="0"/>
        <w:ind w:left="720" w:hanging="357"/>
        <w:jc w:val="both"/>
      </w:pPr>
      <w:r>
        <w:t>a)</w:t>
        <w:tab/>
        <w:t>Find a real number e that satisfies the property a ∗ e = a.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The real number m has inverse m⁻¹ that satisfies the property m ∗ m⁻¹ = e.</w:t>
      </w:r>
    </w:p>
    <w:p>
      <w:pPr>
        <w:keepNext w:val="0"/>
        <w:ind w:left="720" w:hanging="357"/>
        <w:jc w:val="both"/>
      </w:pPr>
      <w:r>
        <w:t>b)</w:t>
        <w:tab/>
        <w:t>Express m⁻¹ in terms of m.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A binary operation ∗ on a set S is associative if:</w:t>
      </w:r>
    </w:p>
    <w:p>
      <w:pPr>
        <w:jc w:val="both"/>
      </w:pPr>
    </w:p>
    <w:p>
      <w:pPr>
        <w:keepNext w:val="0"/>
        <w:ind w:left="357" w:hanging="357"/>
        <w:jc w:val="both"/>
      </w:pPr>
      <w:r>
        <w:t>5.</w:t>
        <w:tab/>
        <w:t>A binary operation on ℝ is defined by a ∘ b = ab + 1. Show that ∘ is not associative.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If G is a set and ∗ is a binary operation defined on G, then (G, ∗) is a group if these four axioms hold:</w:t>
      </w:r>
    </w:p>
    <w:p>
      <w:pPr>
        <w:keepNext/>
        <w:ind w:left="357"/>
        <w:jc w:val="both"/>
      </w:pPr>
      <w:r>
        <w:t>•  Closure:</w:t>
      </w:r>
    </w:p>
    <w:p>
      <w:pPr>
        <w:jc w:val="both"/>
      </w:pPr>
    </w:p>
    <w:p>
      <w:pPr>
        <w:keepNext/>
        <w:ind w:left="357"/>
        <w:jc w:val="both"/>
      </w:pPr>
      <w:r>
        <w:t>•  Identity:</w:t>
      </w:r>
    </w:p>
    <w:p>
      <w:pPr>
        <w:jc w:val="both"/>
      </w:pPr>
    </w:p>
    <w:p>
      <w:pPr>
        <w:keepNext/>
        <w:ind w:left="357"/>
        <w:jc w:val="both"/>
      </w:pPr>
      <w:r>
        <w:t>•  Inverses:</w:t>
      </w:r>
    </w:p>
    <w:p>
      <w:pPr>
        <w:jc w:val="both"/>
      </w:pPr>
    </w:p>
    <w:p>
      <w:pPr>
        <w:keepNext/>
        <w:ind w:left="357"/>
        <w:jc w:val="both"/>
      </w:pPr>
      <w:r>
        <w:t>•  Associativity: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6.</w:t>
        <w:tab/>
        <w:t>Show that:</w:t>
      </w:r>
    </w:p>
    <w:p>
      <w:pPr>
        <w:keepNext w:val="0"/>
        <w:ind w:left="720" w:hanging="357"/>
        <w:jc w:val="both"/>
      </w:pPr>
      <w:r>
        <w:t>a)</w:t>
        <w:tab/>
        <w:t>the set of integers forms a group under addition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the set of integers does not form a group under multiplication.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7.</w:t>
        <w:tab/>
        <w:t>The operation ∗ is defined by a ∗ b = a + b − 1, where a and b are real numbers. Determine whether the set of real numbers under the operation ∗ forms a group.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8.</w:t>
        <w:tab/>
        <w:t>Prove that, for all elements a, b in a group (G, ∗), there exists a unique element c such that a ∗ c = b.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The latin square property: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pageBreakBefore/>
        <w:jc w:val="center"/>
      </w:pPr>
      <w:r>
        <w:rPr>
          <w:b/>
          <w:sz w:val="32"/>
          <w:u w:val="single"/>
        </w:rPr>
        <w:t>2B Cayley Tables and Finite Groups</w:t>
      </w:r>
    </w:p>
    <w:p>
      <w:pPr>
        <w:keepNext w:val="0"/>
        <w:jc w:val="both"/>
      </w:pPr>
      <w:r>
        <w:t>Finite group:</w:t>
      </w:r>
    </w:p>
    <w:p>
      <w:pPr>
        <w:jc w:val="both"/>
      </w:pPr>
    </w:p>
    <w:p>
      <w:pPr>
        <w:keepNext w:val="0"/>
        <w:jc w:val="both"/>
      </w:pPr>
      <w:r>
        <w:t>Cayley table: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Which element comes first in a Cayley table?</w:t>
      </w: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The set {1, −1, i, −i}, where i² = −1, forms a group under multiplication.</w:t>
      </w:r>
    </w:p>
    <w:p>
      <w:pPr>
        <w:keepNext/>
        <w:ind w:left="720" w:hanging="357"/>
        <w:jc w:val="both"/>
      </w:pPr>
      <w:r>
        <w:t>a)</w:t>
        <w:tab/>
        <w:t>Draw a Cayley table for this group.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623"/>
        <w:gridCol w:w="623"/>
        <w:gridCol w:w="623"/>
        <w:gridCol w:w="623"/>
      </w:tblGrid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×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−1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i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−i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−1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i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jc w:val="center"/>
            </w:pPr>
            <w:r>
              <w:rPr>
                <w:b/>
                <w:sz w:val="22"/>
              </w:rPr>
              <w:t>−i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Write down:  i) the identity element    ii) the inverse of i    iii) the inverse of −1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When a group’s elements are displayed in a Cayley table, then:</w:t>
      </w:r>
    </w:p>
    <w:p>
      <w:pPr>
        <w:keepNext/>
        <w:ind w:left="357"/>
        <w:jc w:val="both"/>
      </w:pPr>
      <w:r>
        <w:t>•</w:t>
      </w:r>
    </w:p>
    <w:p>
      <w:pPr>
        <w:jc w:val="both"/>
      </w:pPr>
    </w:p>
    <w:p>
      <w:pPr>
        <w:keepNext/>
        <w:ind w:left="357"/>
        <w:jc w:val="both"/>
      </w:pPr>
      <w:r>
        <w:t>•</w:t>
      </w:r>
    </w:p>
    <w:p>
      <w:pPr>
        <w:jc w:val="both"/>
      </w:pPr>
    </w:p>
    <w:p>
      <w:pPr>
        <w:keepNext/>
        <w:ind w:left="357"/>
        <w:jc w:val="both"/>
      </w:pPr>
      <w:r>
        <w:t>•</w:t>
      </w:r>
    </w:p>
    <w:p>
      <w:pPr>
        <w:jc w:val="both"/>
      </w:pPr>
    </w:p>
    <w:p>
      <w:pPr>
        <w:keepNext/>
        <w:ind w:left="357"/>
        <w:jc w:val="both"/>
      </w:pPr>
      <w:r>
        <w:t>•</w:t>
      </w: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keepNext w:val="0"/>
        <w:jc w:val="both"/>
      </w:pPr>
      <w:r>
        <w:t>Multiplication modulo n, ×ₙ:</w:t>
      </w:r>
    </w:p>
    <w:p>
      <w:pPr>
        <w:jc w:val="both"/>
      </w:pPr>
    </w:p>
    <w:p>
      <w:pPr>
        <w:keepNext w:val="0"/>
        <w:jc w:val="both"/>
      </w:pPr>
      <w:r>
        <w:t>Addition modulo n, +ₙ:</w:t>
      </w:r>
    </w:p>
    <w:p>
      <w:pPr>
        <w:jc w:val="both"/>
      </w:pPr>
    </w:p>
    <w:p>
      <w:pPr>
        <w:keepNext/>
        <w:ind w:left="357"/>
        <w:jc w:val="both"/>
      </w:pPr>
      <w:r>
        <w:t>The Cayley tables below show the set {0, 1, 2, 3, 4} under addition and multiplication modulo 5.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"/>
        <w:gridCol w:w="510"/>
        <w:gridCol w:w="510"/>
        <w:gridCol w:w="510"/>
        <w:gridCol w:w="510"/>
        <w:gridCol w:w="510"/>
      </w:tblGrid>
      <w:tr>
        <w:trPr>
          <w:trHeight w:val="369"/>
          <w:cantSplit/>
        </w:trPr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+₅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0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4</w:t>
            </w:r>
          </w:p>
        </w:tc>
      </w:tr>
      <w:tr>
        <w:trPr>
          <w:trHeight w:val="369"/>
          <w:cantSplit/>
        </w:trPr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0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</w:tr>
      <w:tr>
        <w:trPr>
          <w:trHeight w:val="369"/>
          <w:cantSplit/>
        </w:trPr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</w:tr>
      <w:tr>
        <w:trPr>
          <w:trHeight w:val="369"/>
          <w:cantSplit/>
        </w:trPr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</w:tr>
      <w:tr>
        <w:trPr>
          <w:trHeight w:val="369"/>
          <w:cantSplit/>
        </w:trPr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</w:tr>
      <w:tr>
        <w:trPr>
          <w:trHeight w:val="369"/>
          <w:cantSplit/>
        </w:trPr>
        <w:tc>
          <w:tcPr>
            <w:tcW w:type="dxa" w:w="510"/>
          </w:tcPr>
          <w:p>
            <w:pPr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type="dxa" w:w="510"/>
          </w:tcPr>
          <w:p>
            <w:pPr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510"/>
          </w:tcPr>
          <w:p>
            <w:pPr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510"/>
          </w:tcPr>
          <w:p>
            <w:pPr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510"/>
          </w:tcPr>
          <w:p>
            <w:pPr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510"/>
          </w:tcPr>
          <w:p>
            <w:pPr>
              <w:jc w:val="center"/>
            </w:pPr>
            <w:r>
              <w:rPr>
                <w:sz w:val="22"/>
              </w:rPr>
              <w:t>3</w:t>
            </w:r>
          </w:p>
        </w:tc>
      </w:tr>
    </w:tbl>
    <w:p>
      <w:pPr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"/>
        <w:gridCol w:w="510"/>
        <w:gridCol w:w="510"/>
        <w:gridCol w:w="510"/>
        <w:gridCol w:w="510"/>
        <w:gridCol w:w="510"/>
      </w:tblGrid>
      <w:tr>
        <w:trPr>
          <w:trHeight w:val="369"/>
          <w:cantSplit/>
        </w:trPr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×₅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0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4</w:t>
            </w:r>
          </w:p>
        </w:tc>
      </w:tr>
      <w:tr>
        <w:trPr>
          <w:trHeight w:val="369"/>
          <w:cantSplit/>
        </w:trPr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0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</w:tr>
      <w:tr>
        <w:trPr>
          <w:trHeight w:val="369"/>
          <w:cantSplit/>
        </w:trPr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</w:tr>
      <w:tr>
        <w:trPr>
          <w:trHeight w:val="369"/>
          <w:cantSplit/>
        </w:trPr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</w:tr>
      <w:tr>
        <w:trPr>
          <w:trHeight w:val="369"/>
          <w:cantSplit/>
        </w:trPr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</w:tr>
      <w:tr>
        <w:trPr>
          <w:trHeight w:val="369"/>
          <w:cantSplit/>
        </w:trPr>
        <w:tc>
          <w:tcPr>
            <w:tcW w:type="dxa" w:w="510"/>
          </w:tcPr>
          <w:p>
            <w:pPr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type="dxa" w:w="510"/>
          </w:tcPr>
          <w:p>
            <w:pPr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510"/>
          </w:tcPr>
          <w:p>
            <w:pPr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510"/>
          </w:tcPr>
          <w:p>
            <w:pPr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510"/>
          </w:tcPr>
          <w:p>
            <w:pPr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510"/>
          </w:tcPr>
          <w:p>
            <w:pPr>
              <w:jc w:val="center"/>
            </w:pPr>
            <w:r>
              <w:rPr>
                <w:sz w:val="22"/>
              </w:rPr>
              <w:t>1</w:t>
            </w:r>
          </w:p>
        </w:tc>
      </w:tr>
    </w:tbl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The set S = {0, 1, 2, 3, 4}. Use the Cayley tables above to determine whether S forms a group under:</w:t>
      </w:r>
    </w:p>
    <w:p>
      <w:pPr>
        <w:keepNext w:val="0"/>
        <w:ind w:left="720" w:hanging="357"/>
        <w:jc w:val="both"/>
      </w:pPr>
      <w:r>
        <w:t>a)</w:t>
        <w:tab/>
        <w:t>addition modulo 5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multiplication modulo 5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S = {1, 3, 7, 9}. Determine whether each of the following are groups. You may assume that the associative law holds in each case.</w:t>
      </w:r>
    </w:p>
    <w:p>
      <w:pPr>
        <w:keepNext/>
        <w:ind w:left="720" w:hanging="357"/>
        <w:jc w:val="both"/>
      </w:pPr>
      <w:r>
        <w:t>a)</w:t>
        <w:tab/>
        <w:t>(S, ×₁₀)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623"/>
        <w:gridCol w:w="623"/>
        <w:gridCol w:w="623"/>
        <w:gridCol w:w="623"/>
      </w:tblGrid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×₁₀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7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9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7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jc w:val="center"/>
            </w:pPr>
            <w:r>
              <w:rPr>
                <w:b/>
                <w:sz w:val="22"/>
              </w:rPr>
              <w:t>9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(S, ×₁₂)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Permutation:</w:t>
      </w:r>
    </w:p>
    <w:p>
      <w:pPr>
        <w:jc w:val="both"/>
      </w:pP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420000" cy="439150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up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20000" cy="43915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jc w:val="both"/>
      </w:pPr>
      <w:r>
        <w:t>Composition: p ∘ q means</w:t>
      </w:r>
    </w:p>
    <w:p>
      <w:pPr>
        <w:jc w:val="both"/>
      </w:pPr>
    </w:p>
    <w:p>
      <w:pPr>
        <w:keepNext/>
        <w:ind w:left="357" w:hanging="357"/>
        <w:jc w:val="both"/>
      </w:pPr>
      <w:r>
        <w:t>4.</w:t>
        <w:tab/>
        <w:t>For the set of permutations of 3 cups, {e, p, q, r, s, t} as defined above, find:</w:t>
      </w:r>
    </w:p>
    <w:p>
      <w:pPr>
        <w:keepNext w:val="0"/>
        <w:ind w:left="720" w:hanging="357"/>
        <w:jc w:val="both"/>
      </w:pPr>
      <w:r>
        <w:t>a)</w:t>
        <w:tab/>
        <w:t>q ∘ p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r ∘ r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The symmetric group on n elements, Sₙ:</w:t>
      </w: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Two-row notation. The six permutations of 3 cups are: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28038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ups2row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803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jc w:val="both"/>
      </w:pPr>
      <w:r>
        <w:t>Composition and inverses in two-row notation. Find α ∘ β, β ∘ α and α⁻¹ for: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700000" cy="30249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lphabeta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3024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5.</w:t>
        <w:tab/>
        <w:t>Show that the permutations below form a group under composition. You may assume the associativity axiom is satisfied.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40000" cy="33190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4perm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1902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623"/>
        <w:gridCol w:w="623"/>
        <w:gridCol w:w="623"/>
        <w:gridCol w:w="623"/>
      </w:tblGrid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∘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q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r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q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jc w:val="center"/>
            </w:pPr>
            <w:r>
              <w:rPr>
                <w:b/>
                <w:sz w:val="22"/>
              </w:rPr>
              <w:t>r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Groups of symmetries. The symmetries of an equilateral triangle are: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420895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angl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42089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 w:hanging="357"/>
        <w:jc w:val="both"/>
      </w:pPr>
      <w:r>
        <w:t>6.</w:t>
        <w:tab/>
        <w:t>Show that G = {I, R, S, L, M, N} forms a group under composition of transformations. You may assume that the associative law holds.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623"/>
        <w:gridCol w:w="623"/>
        <w:gridCol w:w="623"/>
        <w:gridCol w:w="623"/>
        <w:gridCol w:w="623"/>
        <w:gridCol w:w="623"/>
      </w:tblGrid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∘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I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R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L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N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I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R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L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jc w:val="center"/>
            </w:pPr>
            <w:r>
              <w:rPr>
                <w:b/>
                <w:sz w:val="22"/>
              </w:rPr>
              <w:t>N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Dihedral group D₂ₙ: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7.</w:t>
        <w:tab/>
        <w:t>Show that the symmetries of a rectangle form a group under composition of transformations. You may assume that the associativity axiom holds.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160000" cy="144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ctangl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4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Cyclic group: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Generator:</w:t>
      </w:r>
    </w:p>
    <w:p>
      <w:pPr>
        <w:jc w:val="both"/>
      </w:pPr>
    </w:p>
    <w:p>
      <w:pPr>
        <w:keepNext w:val="0"/>
        <w:ind w:left="357" w:hanging="357"/>
        <w:jc w:val="both"/>
      </w:pPr>
      <w:r>
        <w:t>8.</w:t>
        <w:tab/>
        <w:t>The set S = {0, 1, 2, 3, 4, 5, 6, 7} is a group under addition modulo 8. Show that 3 is a generator of this group and write each element in terms of this generator.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9.</w:t>
        <w:tab/>
        <w:t>The set {1, 3, 5, 7} forms a group under multiplication modulo 8. Show that this group is not cyclic.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pageBreakBefore/>
        <w:jc w:val="center"/>
      </w:pPr>
      <w:r>
        <w:rPr>
          <w:b/>
          <w:sz w:val="32"/>
          <w:u w:val="single"/>
        </w:rPr>
        <w:t>2C Order and Subgroups</w:t>
      </w:r>
    </w:p>
    <w:p>
      <w:pPr>
        <w:keepNext w:val="0"/>
        <w:jc w:val="both"/>
      </w:pPr>
      <w:r>
        <w:t>The order of a finite group G, |G|:</w:t>
      </w:r>
    </w:p>
    <w:p>
      <w:pPr>
        <w:jc w:val="both"/>
      </w:pPr>
    </w:p>
    <w:p>
      <w:pPr>
        <w:keepNext w:val="0"/>
        <w:jc w:val="both"/>
      </w:pPr>
      <w:r>
        <w:t>The order of an element a, |a|: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If (G, ∗) is finite with a ∈ G, then:</w:t>
      </w:r>
    </w:p>
    <w:p>
      <w:pPr>
        <w:jc w:val="both"/>
      </w:pPr>
    </w:p>
    <w:p>
      <w:pPr>
        <w:keepNext w:val="0"/>
        <w:jc w:val="both"/>
      </w:pPr>
      <w:r>
        <w:t>(G, ∗) is cyclic if and only if:</w:t>
      </w:r>
    </w:p>
    <w:p>
      <w:pPr>
        <w:jc w:val="both"/>
      </w:pPr>
    </w:p>
    <w:p>
      <w:pPr>
        <w:keepNext w:val="0"/>
        <w:ind w:left="357" w:hanging="357"/>
        <w:jc w:val="both"/>
      </w:pPr>
      <w:r>
        <w:t>1.</w:t>
        <w:tab/>
        <w:t>Let (G, ∘) be a finite group. Prove that every element in G must have finite order.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For each of the following groups, write down the order of the group, and the order of each element in the group.</w:t>
      </w:r>
    </w:p>
    <w:p>
      <w:pPr>
        <w:keepNext w:val="0"/>
        <w:ind w:left="720" w:hanging="357"/>
        <w:jc w:val="both"/>
      </w:pPr>
      <w:r>
        <w:t>a)</w:t>
        <w:tab/>
        <w:t>{1, −1, i, −i} under complex multiplication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{1, 3, 7, 9} under multiplication modulo 10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G has elements {e, p, p², p³, q, pq, p²q, p³q} under multiplication, where e is the identity. You can assume the associativity axiom is satisfied. A partially completed Cayley table is shown below.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>
        <w:trPr>
          <w:trHeight w:val="369"/>
          <w:cantSplit/>
        </w:trPr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×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p²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p³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p²q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p³q</w:t>
            </w:r>
          </w:p>
        </w:tc>
      </w:tr>
      <w:tr>
        <w:trPr>
          <w:trHeight w:val="369"/>
          <w:cantSplit/>
        </w:trPr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e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p²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p³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p²q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p³q</w:t>
            </w:r>
          </w:p>
        </w:tc>
      </w:tr>
      <w:tr>
        <w:trPr>
          <w:trHeight w:val="369"/>
          <w:cantSplit/>
        </w:trPr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p²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p³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e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p²q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p³q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q</w:t>
            </w:r>
          </w:p>
        </w:tc>
      </w:tr>
      <w:tr>
        <w:trPr>
          <w:trHeight w:val="369"/>
          <w:cantSplit/>
        </w:trPr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p²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p²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p³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e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p²q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p³q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pq</w:t>
            </w:r>
          </w:p>
        </w:tc>
      </w:tr>
      <w:tr>
        <w:trPr>
          <w:trHeight w:val="369"/>
          <w:cantSplit/>
        </w:trPr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p³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p³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e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p²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p³q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p³q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p²q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e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p³q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p²q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p²q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p²q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p³q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p²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680"/>
          </w:tcPr>
          <w:p>
            <w:pPr>
              <w:jc w:val="center"/>
            </w:pPr>
            <w:r>
              <w:rPr>
                <w:b/>
                <w:sz w:val="22"/>
              </w:rPr>
              <w:t>p³q</w:t>
            </w:r>
          </w:p>
        </w:tc>
        <w:tc>
          <w:tcPr>
            <w:tcW w:type="dxa" w:w="680"/>
          </w:tcPr>
          <w:p>
            <w:pPr>
              <w:jc w:val="center"/>
            </w:pPr>
            <w:r>
              <w:rPr>
                <w:sz w:val="22"/>
              </w:rPr>
              <w:t>p³q</w:t>
            </w:r>
          </w:p>
        </w:tc>
        <w:tc>
          <w:tcPr>
            <w:tcW w:type="dxa" w:w="680"/>
          </w:tcPr>
          <w:p>
            <w:pPr>
              <w:jc w:val="center"/>
            </w:pPr>
            <w:r>
              <w:rPr>
                <w:sz w:val="22"/>
              </w:rPr>
              <w:t>p²q</w:t>
            </w:r>
          </w:p>
        </w:tc>
        <w:tc>
          <w:tcPr>
            <w:tcW w:type="dxa" w:w="680"/>
          </w:tcPr>
          <w:p>
            <w:pPr>
              <w:jc w:val="center"/>
            </w:pPr>
            <w:r>
              <w:rPr>
                <w:sz w:val="22"/>
              </w:rPr>
              <w:t>pq</w:t>
            </w:r>
          </w:p>
        </w:tc>
        <w:tc>
          <w:tcPr>
            <w:tcW w:type="dxa" w:w="680"/>
          </w:tcPr>
          <w:p>
            <w:pPr>
              <w:jc w:val="center"/>
            </w:pPr>
            <w:r>
              <w:rPr>
                <w:sz w:val="22"/>
              </w:rPr>
              <w:t>q</w:t>
            </w:r>
          </w:p>
        </w:tc>
        <w:tc>
          <w:tcPr>
            <w:tcW w:type="dxa" w:w="680"/>
          </w:tcPr>
          <w:p>
            <w:pPr>
              <w:jc w:val="center"/>
            </w:pPr>
            <w:r>
              <w:rPr>
                <w:sz w:val="22"/>
              </w:rPr>
              <w:t>p³</w:t>
            </w:r>
          </w:p>
        </w:tc>
        <w:tc>
          <w:tcPr>
            <w:tcW w:type="dxa" w:w="68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8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80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keepNext w:val="0"/>
        <w:ind w:left="720" w:hanging="357"/>
        <w:jc w:val="both"/>
      </w:pPr>
      <w:r>
        <w:t>a)</w:t>
        <w:tab/>
        <w:t>State the order of the group.</w:t>
      </w: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State the order of p and q.</w:t>
      </w: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Complete the Cayley table and verify that G forms a group.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d)</w:t>
        <w:tab/>
        <w:t>Find the order of pq, p²q and p³q.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4.</w:t>
        <w:tab/>
        <w:t>The set {0, 1, 2, 3, 4} forms a group under addition modulo 5. Explain why no element of this group, other than the identity, can be self-inverse.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Let a be an element in a group (G, ∗). Then:</w:t>
      </w:r>
    </w:p>
    <w:p>
      <w:pPr>
        <w:keepNext/>
        <w:ind w:left="357"/>
        <w:jc w:val="both"/>
      </w:pPr>
      <w:r>
        <w:t>•  if a has finite order n, then aᵐ = e if and only if</w:t>
      </w:r>
    </w:p>
    <w:p>
      <w:pPr>
        <w:jc w:val="both"/>
      </w:pPr>
    </w:p>
    <w:p>
      <w:pPr>
        <w:keepNext/>
        <w:ind w:left="357"/>
        <w:jc w:val="both"/>
      </w:pPr>
      <w:r>
        <w:t>•  if a has infinite order, then</w:t>
      </w:r>
    </w:p>
    <w:p>
      <w:pPr>
        <w:jc w:val="both"/>
      </w:pPr>
    </w:p>
    <w:p>
      <w:pPr>
        <w:keepNext/>
        <w:ind w:left="357"/>
        <w:jc w:val="both"/>
      </w:pPr>
      <w:r>
        <w:t>•  if aˣ = aʸ with x ≠ y, then</w:t>
      </w:r>
    </w:p>
    <w:p>
      <w:pPr>
        <w:jc w:val="both"/>
      </w:pPr>
    </w:p>
    <w:p>
      <w:pPr>
        <w:keepNext w:val="0"/>
        <w:jc w:val="both"/>
      </w:pPr>
      <w:r>
        <w:t>Subgroup: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Proper subgroup:</w:t>
      </w:r>
    </w:p>
    <w:p>
      <w:pPr>
        <w:jc w:val="both"/>
      </w:pPr>
    </w:p>
    <w:p>
      <w:pPr>
        <w:keepNext w:val="0"/>
        <w:jc w:val="both"/>
      </w:pPr>
      <w:r>
        <w:t>Trivial subgroup:</w:t>
      </w:r>
    </w:p>
    <w:p>
      <w:pPr>
        <w:jc w:val="both"/>
      </w:pPr>
    </w:p>
    <w:p>
      <w:pPr>
        <w:keepNext/>
        <w:ind w:left="357" w:hanging="357"/>
        <w:jc w:val="both"/>
      </w:pPr>
      <w:r>
        <w:t>5.</w:t>
        <w:tab/>
      </w:r>
    </w:p>
    <w:p>
      <w:pPr>
        <w:keepNext w:val="0"/>
        <w:ind w:left="720" w:hanging="357"/>
        <w:jc w:val="both"/>
      </w:pPr>
      <w:r>
        <w:t>a)</w:t>
        <w:tab/>
        <w:t>Show that the set S = {5ⁿ : n ∈ ℤ} forms a group under multiplication.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720" w:hanging="357"/>
        <w:jc w:val="both"/>
      </w:pPr>
      <w:r>
        <w:t>b)</w:t>
        <w:tab/>
        <w:t>Determine, with reasons, whether each of the following subsets of S forms a subgroup of (S, ×).</w:t>
      </w:r>
    </w:p>
    <w:p>
      <w:pPr>
        <w:keepNext w:val="0"/>
        <w:ind w:left="1077" w:hanging="357"/>
        <w:jc w:val="both"/>
      </w:pPr>
      <w:r>
        <w:t>i)</w:t>
        <w:tab/>
        <w:t>T = {5²ⁿ : n ∈ ℤ}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1077" w:hanging="357"/>
        <w:jc w:val="both"/>
      </w:pPr>
      <w:r>
        <w:t>ii)</w:t>
        <w:tab/>
        <w:t>U = {5ⁿ : n ∈ ℤ⁺}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Let G be a group and H a finite non-empty subset of G. Then H is a subgroup of G if:</w:t>
      </w:r>
    </w:p>
    <w:p>
      <w:pPr>
        <w:jc w:val="both"/>
      </w:pPr>
    </w:p>
    <w:p>
      <w:pPr>
        <w:keepNext/>
        <w:ind w:left="357" w:hanging="357"/>
        <w:jc w:val="both"/>
      </w:pPr>
      <w:r>
        <w:t>6.</w:t>
        <w:tab/>
        <w:t>The set S = {0, 1, 2, 3, 4, 5, 6, 7} forms a group under addition modulo 8. Find two nontrivial proper subgroups of (S, +₈).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rPr>
          <w:trHeight w:val="369"/>
          <w:cantSplit/>
        </w:trPr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+₈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0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6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7</w:t>
            </w:r>
          </w:p>
        </w:tc>
      </w:tr>
      <w:tr>
        <w:trPr>
          <w:trHeight w:val="369"/>
          <w:cantSplit/>
        </w:trPr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0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6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567"/>
          </w:tcPr>
          <w:p>
            <w:pPr>
              <w:jc w:val="center"/>
            </w:pPr>
            <w:r>
              <w:rPr>
                <w:b/>
                <w:sz w:val="22"/>
              </w:rPr>
              <w:t>7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If G is a finite group, then any element a ∈ G generates:</w:t>
      </w:r>
    </w:p>
    <w:p>
      <w:pPr>
        <w:jc w:val="both"/>
      </w:pPr>
    </w:p>
    <w:p>
      <w:pPr>
        <w:keepNext w:val="0"/>
        <w:jc w:val="both"/>
      </w:pPr>
      <w:r>
        <w:t>Lagrange’s theorem: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7.</w:t>
        <w:tab/>
        <w:t>The set G = {1, 2, 4, 5, 8, 10, 11, 13, 16, 17, 19, 20} forms a group under multiplication modulo 21.</w:t>
      </w:r>
    </w:p>
    <w:p>
      <w:pPr>
        <w:keepNext w:val="0"/>
        <w:ind w:left="720" w:hanging="357"/>
        <w:jc w:val="both"/>
      </w:pPr>
      <w:r>
        <w:t>a)</w:t>
        <w:tab/>
        <w:t>Find the elements in the subgroup of (G, ×₂₁) generated by the element 5, and state its order.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Explain why (G, ×₂₁) has no subgroup of order 5.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pageBreakBefore/>
        <w:jc w:val="center"/>
      </w:pPr>
      <w:r>
        <w:rPr>
          <w:b/>
          <w:sz w:val="32"/>
          <w:u w:val="single"/>
        </w:rPr>
        <w:t>2D Isomorphism</w:t>
      </w:r>
    </w:p>
    <w:p>
      <w:pPr>
        <w:keepNext w:val="0"/>
        <w:jc w:val="both"/>
      </w:pPr>
      <w:r>
        <w:t>Isomorphic groups:</w:t>
      </w: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Compare these two groups:  the permutations below under composition, and {0, 1, 2} under addition modulo 3.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34149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ab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341496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567"/>
        <w:gridCol w:w="567"/>
        <w:gridCol w:w="567"/>
      </w:tblGrid>
      <w:tr>
        <w:trPr>
          <w:trHeight w:val="369"/>
          <w:cantSplit/>
        </w:trPr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∘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i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α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β</w:t>
            </w:r>
          </w:p>
        </w:tc>
      </w:tr>
      <w:tr>
        <w:trPr>
          <w:trHeight w:val="369"/>
          <w:cantSplit/>
        </w:trPr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i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i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α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β</w:t>
            </w:r>
          </w:p>
        </w:tc>
      </w:tr>
      <w:tr>
        <w:trPr>
          <w:trHeight w:val="369"/>
          <w:cantSplit/>
        </w:trPr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α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α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β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i</w:t>
            </w:r>
          </w:p>
        </w:tc>
      </w:tr>
      <w:tr>
        <w:trPr>
          <w:trHeight w:val="369"/>
          <w:cantSplit/>
        </w:trPr>
        <w:tc>
          <w:tcPr>
            <w:tcW w:type="dxa" w:w="567"/>
          </w:tcPr>
          <w:p>
            <w:pPr>
              <w:jc w:val="center"/>
            </w:pPr>
            <w:r>
              <w:rPr>
                <w:b/>
                <w:sz w:val="22"/>
              </w:rPr>
              <w:t>β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β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i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α</w:t>
            </w:r>
          </w:p>
        </w:tc>
      </w:tr>
    </w:tbl>
    <w:p>
      <w:pPr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567"/>
        <w:gridCol w:w="567"/>
        <w:gridCol w:w="567"/>
      </w:tblGrid>
      <w:tr>
        <w:trPr>
          <w:trHeight w:val="369"/>
          <w:cantSplit/>
        </w:trPr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+₃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0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</w:t>
            </w:r>
          </w:p>
        </w:tc>
      </w:tr>
      <w:tr>
        <w:trPr>
          <w:trHeight w:val="369"/>
          <w:cantSplit/>
        </w:trPr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0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</w:tr>
      <w:tr>
        <w:trPr>
          <w:trHeight w:val="369"/>
          <w:cantSplit/>
        </w:trPr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</w:tr>
      <w:tr>
        <w:trPr>
          <w:trHeight w:val="369"/>
          <w:cantSplit/>
        </w:trPr>
        <w:tc>
          <w:tcPr>
            <w:tcW w:type="dxa" w:w="567"/>
          </w:tcPr>
          <w:p>
            <w:pPr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1</w:t>
            </w:r>
          </w:p>
        </w:tc>
      </w:tr>
    </w:tbl>
    <w:p>
      <w:pPr>
        <w:jc w:val="both"/>
      </w:pPr>
    </w:p>
    <w:p>
      <w:pPr>
        <w:keepNext w:val="0"/>
        <w:jc w:val="both"/>
      </w:pPr>
      <w:r>
        <w:t>One-to-one function that maps one group onto the other:</w:t>
      </w: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Two groups (G, ∗) and (H, ∘) are isomorphic if there exists a mapping f: G → H such that:</w:t>
      </w:r>
    </w:p>
    <w:p>
      <w:pPr>
        <w:keepNext/>
        <w:ind w:left="357"/>
        <w:jc w:val="both"/>
      </w:pPr>
      <w:r>
        <w:t>•</w:t>
      </w:r>
    </w:p>
    <w:p>
      <w:pPr>
        <w:jc w:val="both"/>
      </w:pPr>
    </w:p>
    <w:p>
      <w:pPr>
        <w:keepNext/>
        <w:ind w:left="357"/>
        <w:jc w:val="both"/>
      </w:pPr>
      <w:r>
        <w:t>•</w:t>
      </w:r>
    </w:p>
    <w:p>
      <w:pPr>
        <w:jc w:val="both"/>
      </w:pPr>
    </w:p>
    <w:p>
      <w:pPr>
        <w:keepNext/>
        <w:ind w:left="357"/>
        <w:jc w:val="both"/>
      </w:pPr>
      <w:r>
        <w:t>•</w:t>
      </w:r>
    </w:p>
    <w:p>
      <w:pPr>
        <w:jc w:val="both"/>
      </w:pPr>
    </w:p>
    <w:p>
      <w:pPr>
        <w:keepNext w:val="0"/>
        <w:jc w:val="both"/>
      </w:pPr>
      <w:r>
        <w:t>Notation:</w:t>
      </w:r>
    </w:p>
    <w:p>
      <w:pPr>
        <w:jc w:val="both"/>
      </w:pPr>
    </w:p>
    <w:p>
      <w:pPr>
        <w:keepNext w:val="0"/>
        <w:ind w:left="357" w:hanging="357"/>
        <w:jc w:val="both"/>
      </w:pPr>
      <w:r>
        <w:t>1.</w:t>
        <w:tab/>
        <w:t>Let (G, ∗) and (H, ∘) be isomorphic groups with identity elements e</w:t>
      </w:r>
      <w:r>
        <w:rPr>
          <w:vertAlign w:val="subscript"/>
        </w:rPr>
        <w:t>G</w:t>
      </w:r>
      <w:r>
        <w:t xml:space="preserve"> and e</w:t>
      </w:r>
      <w:r>
        <w:rPr>
          <w:vertAlign w:val="subscript"/>
        </w:rPr>
        <w:t>H</w:t>
      </w:r>
      <w:r>
        <w:t xml:space="preserve"> respectively, and let f: G → H be an isomorphism from G to H. Prove that f(e</w:t>
      </w:r>
      <w:r>
        <w:rPr>
          <w:vertAlign w:val="subscript"/>
        </w:rPr>
        <w:t>G</w:t>
      </w:r>
      <w:r>
        <w:t>) = e</w:t>
      </w:r>
      <w:r>
        <w:rPr>
          <w:vertAlign w:val="subscript"/>
        </w:rPr>
        <w:t>H</w:t>
      </w:r>
      <w:r>
        <w:t>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If f: G → H is an isomorphism then, for all a ∈ G and n ∈ ℤ: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Group isomorphisms also preserve order and subgroups: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The Cayley tables for two isomorphic groups G and H are shown below.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"/>
        <w:gridCol w:w="567"/>
        <w:gridCol w:w="567"/>
        <w:gridCol w:w="567"/>
        <w:gridCol w:w="567"/>
      </w:tblGrid>
      <w:tr>
        <w:trPr>
          <w:trHeight w:val="369"/>
          <w:cantSplit/>
        </w:trPr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(G, ∗)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</w:tr>
      <w:tr>
        <w:trPr>
          <w:trHeight w:val="369"/>
          <w:cantSplit/>
        </w:trPr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b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a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d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c</w:t>
            </w:r>
          </w:p>
        </w:tc>
      </w:tr>
      <w:tr>
        <w:trPr>
          <w:trHeight w:val="369"/>
          <w:cantSplit/>
        </w:trPr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a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b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c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d</w:t>
            </w:r>
          </w:p>
        </w:tc>
      </w:tr>
      <w:tr>
        <w:trPr>
          <w:trHeight w:val="369"/>
          <w:cantSplit/>
        </w:trPr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d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c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b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a</w:t>
            </w:r>
          </w:p>
        </w:tc>
      </w:tr>
      <w:tr>
        <w:trPr>
          <w:trHeight w:val="369"/>
          <w:cantSplit/>
        </w:trPr>
        <w:tc>
          <w:tcPr>
            <w:tcW w:type="dxa" w:w="964"/>
          </w:tcPr>
          <w:p>
            <w:pPr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c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d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a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b</w:t>
            </w:r>
          </w:p>
        </w:tc>
      </w:tr>
    </w:tbl>
    <w:p>
      <w:pPr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"/>
        <w:gridCol w:w="567"/>
        <w:gridCol w:w="567"/>
        <w:gridCol w:w="567"/>
        <w:gridCol w:w="567"/>
      </w:tblGrid>
      <w:tr>
        <w:trPr>
          <w:trHeight w:val="369"/>
          <w:cantSplit/>
        </w:trPr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(H, ∘)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7</w:t>
            </w:r>
          </w:p>
        </w:tc>
      </w:tr>
      <w:tr>
        <w:trPr>
          <w:trHeight w:val="369"/>
          <w:cantSplit/>
        </w:trPr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7</w:t>
            </w:r>
          </w:p>
        </w:tc>
      </w:tr>
      <w:tr>
        <w:trPr>
          <w:trHeight w:val="369"/>
          <w:cantSplit/>
        </w:trPr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5</w:t>
            </w:r>
          </w:p>
        </w:tc>
      </w:tr>
      <w:tr>
        <w:trPr>
          <w:trHeight w:val="369"/>
          <w:cantSplit/>
        </w:trPr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</w:tr>
      <w:tr>
        <w:trPr>
          <w:trHeight w:val="369"/>
          <w:cantSplit/>
        </w:trPr>
        <w:tc>
          <w:tcPr>
            <w:tcW w:type="dxa" w:w="964"/>
          </w:tcPr>
          <w:p>
            <w:pPr>
              <w:jc w:val="center"/>
            </w:pPr>
            <w:r>
              <w:rPr>
                <w:b/>
                <w:sz w:val="22"/>
              </w:rPr>
              <w:t>7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1</w:t>
            </w:r>
          </w:p>
        </w:tc>
      </w:tr>
    </w:tbl>
    <w:p>
      <w:pPr>
        <w:jc w:val="both"/>
      </w:pPr>
    </w:p>
    <w:p>
      <w:pPr>
        <w:keepNext w:val="0"/>
        <w:ind w:left="720" w:hanging="357"/>
        <w:jc w:val="both"/>
      </w:pPr>
      <w:r>
        <w:t>a)</w:t>
        <w:tab/>
        <w:t>State the identity element of each group.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Describe an isomorphism from G onto H.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3.</w:t>
        <w:tab/>
        <w:t>G and H are cyclic groups with |G| = |H|. Prove that G ≅ H.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Groups of order 8 or less (only these are needed in the exam):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"/>
        <w:gridCol w:w="2494"/>
        <w:gridCol w:w="5386"/>
      </w:tblGrid>
      <w:tr>
        <w:trPr>
          <w:trHeight w:val="369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Order</w:t>
            </w:r>
          </w:p>
        </w:tc>
        <w:tc>
          <w:tcPr>
            <w:tcW w:type="dxa" w:w="24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Name</w:t>
            </w:r>
          </w:p>
        </w:tc>
        <w:tc>
          <w:tcPr>
            <w:tcW w:type="dxa" w:w="5386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Properties</w:t>
            </w:r>
          </w:p>
        </w:tc>
      </w:tr>
      <w:tr>
        <w:trPr>
          <w:trHeight w:val="369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2494"/>
          </w:tcPr>
          <w:p>
            <w:pPr>
              <w:keepNext/>
              <w:jc w:val="center"/>
            </w:pPr>
            <w:r>
              <w:rPr>
                <w:sz w:val="22"/>
              </w:rPr>
              <w:t>ℤ₁</w:t>
            </w:r>
          </w:p>
        </w:tc>
        <w:tc>
          <w:tcPr>
            <w:tcW w:type="dxa" w:w="5386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type="dxa" w:w="2494"/>
          </w:tcPr>
          <w:p>
            <w:pPr>
              <w:keepNext/>
              <w:jc w:val="center"/>
            </w:pPr>
            <w:r>
              <w:rPr>
                <w:sz w:val="22"/>
              </w:rPr>
              <w:t>ℤ₂</w:t>
            </w:r>
          </w:p>
        </w:tc>
        <w:tc>
          <w:tcPr>
            <w:tcW w:type="dxa" w:w="5386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2494"/>
          </w:tcPr>
          <w:p>
            <w:pPr>
              <w:keepNext/>
              <w:jc w:val="center"/>
            </w:pPr>
            <w:r>
              <w:rPr>
                <w:sz w:val="22"/>
              </w:rPr>
              <w:t>ℤ₃</w:t>
            </w:r>
          </w:p>
        </w:tc>
        <w:tc>
          <w:tcPr>
            <w:tcW w:type="dxa" w:w="5386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type="dxa" w:w="2494"/>
          </w:tcPr>
          <w:p>
            <w:pPr>
              <w:keepNext/>
              <w:jc w:val="center"/>
            </w:pPr>
            <w:r>
              <w:rPr>
                <w:sz w:val="22"/>
              </w:rPr>
              <w:t>ℤ₄</w:t>
            </w:r>
          </w:p>
        </w:tc>
        <w:tc>
          <w:tcPr>
            <w:tcW w:type="dxa" w:w="5386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type="dxa" w:w="2494"/>
          </w:tcPr>
          <w:p>
            <w:pPr>
              <w:keepNext/>
              <w:jc w:val="center"/>
            </w:pPr>
            <w:r>
              <w:rPr>
                <w:sz w:val="22"/>
              </w:rPr>
              <w:t>Klein four-group, K₄</w:t>
            </w:r>
          </w:p>
        </w:tc>
        <w:tc>
          <w:tcPr>
            <w:tcW w:type="dxa" w:w="5386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type="dxa" w:w="2494"/>
          </w:tcPr>
          <w:p>
            <w:pPr>
              <w:keepNext/>
              <w:jc w:val="center"/>
            </w:pPr>
            <w:r>
              <w:rPr>
                <w:sz w:val="22"/>
              </w:rPr>
              <w:t>ℤ₅</w:t>
            </w:r>
          </w:p>
        </w:tc>
        <w:tc>
          <w:tcPr>
            <w:tcW w:type="dxa" w:w="5386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6</w:t>
            </w:r>
          </w:p>
        </w:tc>
        <w:tc>
          <w:tcPr>
            <w:tcW w:type="dxa" w:w="2494"/>
          </w:tcPr>
          <w:p>
            <w:pPr>
              <w:keepNext/>
              <w:jc w:val="center"/>
            </w:pPr>
            <w:r>
              <w:rPr>
                <w:sz w:val="22"/>
              </w:rPr>
              <w:t>ℤ₆</w:t>
            </w:r>
          </w:p>
        </w:tc>
        <w:tc>
          <w:tcPr>
            <w:tcW w:type="dxa" w:w="5386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6</w:t>
            </w:r>
          </w:p>
        </w:tc>
        <w:tc>
          <w:tcPr>
            <w:tcW w:type="dxa" w:w="2494"/>
          </w:tcPr>
          <w:p>
            <w:pPr>
              <w:keepNext/>
              <w:jc w:val="center"/>
            </w:pPr>
            <w:r>
              <w:rPr>
                <w:sz w:val="22"/>
              </w:rPr>
              <w:t>S₃, D₆</w:t>
            </w:r>
          </w:p>
        </w:tc>
        <w:tc>
          <w:tcPr>
            <w:tcW w:type="dxa" w:w="5386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7</w:t>
            </w:r>
          </w:p>
        </w:tc>
        <w:tc>
          <w:tcPr>
            <w:tcW w:type="dxa" w:w="2494"/>
          </w:tcPr>
          <w:p>
            <w:pPr>
              <w:keepNext/>
              <w:jc w:val="center"/>
            </w:pPr>
            <w:r>
              <w:rPr>
                <w:sz w:val="22"/>
              </w:rPr>
              <w:t>ℤ₇</w:t>
            </w:r>
          </w:p>
        </w:tc>
        <w:tc>
          <w:tcPr>
            <w:tcW w:type="dxa" w:w="5386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8</w:t>
            </w:r>
          </w:p>
        </w:tc>
        <w:tc>
          <w:tcPr>
            <w:tcW w:type="dxa" w:w="2494"/>
          </w:tcPr>
          <w:p>
            <w:pPr>
              <w:keepNext/>
              <w:jc w:val="center"/>
            </w:pPr>
            <w:r>
              <w:rPr>
                <w:sz w:val="22"/>
              </w:rPr>
              <w:t>ℤ₈</w:t>
            </w:r>
          </w:p>
        </w:tc>
        <w:tc>
          <w:tcPr>
            <w:tcW w:type="dxa" w:w="5386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8</w:t>
            </w:r>
          </w:p>
        </w:tc>
        <w:tc>
          <w:tcPr>
            <w:tcW w:type="dxa" w:w="2494"/>
          </w:tcPr>
          <w:p>
            <w:pPr>
              <w:keepNext/>
              <w:jc w:val="center"/>
            </w:pPr>
            <w:r>
              <w:rPr>
                <w:sz w:val="22"/>
              </w:rPr>
              <w:t>D₈</w:t>
            </w:r>
          </w:p>
        </w:tc>
        <w:tc>
          <w:tcPr>
            <w:tcW w:type="dxa" w:w="5386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8</w:t>
            </w:r>
          </w:p>
        </w:tc>
        <w:tc>
          <w:tcPr>
            <w:tcW w:type="dxa" w:w="2494"/>
          </w:tcPr>
          <w:p>
            <w:pPr>
              <w:keepNext/>
              <w:jc w:val="center"/>
            </w:pPr>
            <w:r>
              <w:rPr>
                <w:sz w:val="22"/>
              </w:rPr>
              <w:t>ℤ₄ × ℤ₂</w:t>
            </w:r>
          </w:p>
        </w:tc>
        <w:tc>
          <w:tcPr>
            <w:tcW w:type="dxa" w:w="5386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8</w:t>
            </w:r>
          </w:p>
        </w:tc>
        <w:tc>
          <w:tcPr>
            <w:tcW w:type="dxa" w:w="2494"/>
          </w:tcPr>
          <w:p>
            <w:pPr>
              <w:keepNext/>
              <w:jc w:val="center"/>
            </w:pPr>
            <w:r>
              <w:rPr>
                <w:sz w:val="22"/>
              </w:rPr>
              <w:t>ℤ₂ × ℤ₂ × ℤ₂</w:t>
            </w:r>
          </w:p>
        </w:tc>
        <w:tc>
          <w:tcPr>
            <w:tcW w:type="dxa" w:w="5386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907"/>
          </w:tcPr>
          <w:p>
            <w:pPr>
              <w:jc w:val="center"/>
            </w:pPr>
            <w:r>
              <w:rPr>
                <w:b/>
                <w:sz w:val="22"/>
              </w:rPr>
              <w:t>8</w:t>
            </w:r>
          </w:p>
        </w:tc>
        <w:tc>
          <w:tcPr>
            <w:tcW w:type="dxa" w:w="2494"/>
          </w:tcPr>
          <w:p>
            <w:pPr>
              <w:jc w:val="center"/>
            </w:pPr>
            <w:r>
              <w:rPr>
                <w:sz w:val="22"/>
              </w:rPr>
              <w:t>Quaternion group</w:t>
            </w:r>
          </w:p>
        </w:tc>
        <w:tc>
          <w:tcPr>
            <w:tcW w:type="dxa" w:w="5386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keepNext w:val="0"/>
        <w:jc w:val="both"/>
      </w:pPr>
      <w:r>
        <w:t>Groups of order 8 or less can be classified entirely by:</w:t>
      </w:r>
    </w:p>
    <w:p>
      <w:pPr>
        <w:jc w:val="both"/>
      </w:pPr>
    </w:p>
    <w:p>
      <w:pPr>
        <w:keepNext/>
        <w:ind w:left="357" w:hanging="357"/>
        <w:jc w:val="both"/>
      </w:pPr>
      <w:r>
        <w:t>4.</w:t>
        <w:tab/>
        <w:t>The group G consists of the elements below under the operation of matrix multiplication.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33410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28G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3341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The set H = {1, 3, 5, 7, 9, 11, 13, 15} forms a group under multiplication modulo 16.</w:t>
      </w:r>
    </w:p>
    <w:p>
      <w:pPr>
        <w:keepNext w:val="0"/>
        <w:ind w:left="720" w:hanging="357"/>
        <w:jc w:val="both"/>
      </w:pPr>
      <w:r>
        <w:t>a)</w:t>
        <w:tab/>
        <w:t>Show that H contains a subgroup that is isomorphic to G.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Determine whether H is isomorphic to the symmetry group of a square, giving reasons for your answer.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