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1A The Division Algorithm</w:t>
      </w:r>
    </w:p>
    <w:p>
      <w:pPr>
        <w:keepNext/>
        <w:jc w:val="both"/>
      </w:pPr>
      <w:r>
        <w:t>If a and b are integers with a ≠ 0, then b is divisible by a if: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In this case we say that a divides b and write:</w:t>
      </w:r>
    </w:p>
    <w:p>
      <w:pPr>
        <w:keepNext w:val="0"/>
        <w:jc w:val="both"/>
      </w:pPr>
    </w:p>
    <w:p>
      <w:pPr>
        <w:keepNext/>
        <w:jc w:val="both"/>
      </w:pPr>
      <w:r>
        <w:t>If a does not divide b we write: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Given that a | b, show that −a | b.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For each pair of integers below, determine whether the first integer divides the second.</w:t>
      </w:r>
    </w:p>
    <w:p>
      <w:pPr>
        <w:keepNext/>
        <w:ind w:left="357"/>
        <w:jc w:val="both"/>
      </w:pPr>
      <w:r>
        <w:t>a)  11, 143          b)  −4, 28          c)  15, 47          d)  3, 2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Find all the divisors of:</w:t>
      </w:r>
    </w:p>
    <w:p>
      <w:pPr>
        <w:keepNext/>
        <w:ind w:left="357"/>
        <w:jc w:val="both"/>
      </w:pPr>
      <w:r>
        <w:t>a)  8                  b)  11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Properties of divisibility. For any a, b, c ∈ ℤ, with a ≠ 0:</w:t>
      </w:r>
    </w:p>
    <w:p>
      <w:pPr>
        <w:keepNext/>
        <w:ind w:left="357"/>
        <w:jc w:val="both"/>
      </w:pPr>
      <w:r>
        <w:t>•  a | a   and   a | 0  mean: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 | b and b | c  ⇒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 | b and a | c  ⇒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 | b  ⇔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If a and b are positive integers and a | b then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Given a, b, c ∈ ℤ, prove that if a | b and a | c then a | bn + cm for all m, n ∈ ℤ.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Linear combination of b and c: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division algorithm: if a and b are integers such that b &gt; 0, then there exist unique integers q and r such that: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 xml:space="preserve">q is called the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 xml:space="preserve"> and r the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 xml:space="preserve">;  a is the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 xml:space="preserve"> and b the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>.</w:t>
      </w:r>
    </w:p>
    <w:p>
      <w:pPr>
        <w:keepNext w:val="0"/>
        <w:jc w:val="both"/>
      </w:pPr>
    </w:p>
    <w:p>
      <w:pPr>
        <w:keepNext/>
        <w:jc w:val="both"/>
      </w:pPr>
      <w:r>
        <w:t>Steps to find q and r: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Use the division algorithm to find integers q and r such that:</w:t>
      </w:r>
    </w:p>
    <w:p>
      <w:pPr>
        <w:keepNext/>
        <w:ind w:left="720" w:hanging="357"/>
        <w:jc w:val="both"/>
      </w:pPr>
      <w:r>
        <w:t>a)</w:t>
        <w:tab/>
        <w:t>94 = 13q + r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−232 = 11q + r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6.</w:t>
        <w:tab/>
        <w:t>Use the division algorithm to prove that, for all integers n, n</w:t>
      </w:r>
      <w:r>
        <w:rPr>
          <w:vertAlign w:val="superscript"/>
        </w:rPr>
        <w:t>2</w:t>
      </w:r>
      <w:r>
        <w:t xml:space="preserve"> leaves a remainder of 0 or 1 when divided by 4.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1B The Euclidean Algorithm</w:t>
      </w:r>
    </w:p>
    <w:p>
      <w:pPr>
        <w:keepNext/>
        <w:jc w:val="both"/>
      </w:pPr>
      <w:r>
        <w:t>If a, b and c are integers and c ≠ 0, then c is a common divisor of a and b if: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greatest common divisor, gcd(a, b), is the positive integer d that satisfies: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Find:</w:t>
      </w:r>
    </w:p>
    <w:p>
      <w:pPr>
        <w:keepNext/>
        <w:ind w:left="357"/>
        <w:jc w:val="both"/>
      </w:pPr>
      <w:r>
        <w:t>a)  gcd(3, 12)          b)  gcd(25, 25)          c)  gcd(90, 84)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Euclidean algorithm (given positive integers a and b with a ≥ b):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Use the Euclidean algorithm to find the greatest common divisor of 306 and 657.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Bezout’s identity: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Use the Euclidean algorithm to find integers x and y such that 306x + 657y = 9.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Use the Euclidean algorithm to find x, y ∈ ℤ such that gcd(143, 252) = 143x + 252y.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Two integers a and b are relatively prime (coprime) if: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integers a and b are relatively prime if and only if: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Find:</w:t>
      </w:r>
    </w:p>
    <w:p>
      <w:pPr>
        <w:keepNext/>
        <w:ind w:left="720" w:hanging="357"/>
        <w:jc w:val="both"/>
      </w:pPr>
      <w:r>
        <w:t>a)</w:t>
        <w:tab/>
        <w:t>Use the Euclidean algorithm to show that 49 and 60 are relatively prime.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Find integers x and y such that 49x + 60y = 1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Hence find integers p and q such that 49p + 60q = 5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1C Modular Arithmetic</w:t>
      </w:r>
    </w:p>
    <w:p>
      <w:pPr>
        <w:keepNext/>
        <w:jc w:val="both"/>
      </w:pPr>
      <w:r>
        <w:t>Let m be a positive integer. If a and b are integers, then a is congruent to b modulo m if: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Notation:</w:t>
      </w:r>
    </w:p>
    <w:p>
      <w:pPr>
        <w:keepNext w:val="0"/>
        <w:jc w:val="both"/>
      </w:pPr>
    </w:p>
    <w:p>
      <w:pPr>
        <w:keepNext/>
        <w:jc w:val="both"/>
      </w:pPr>
      <w:r>
        <w:t>a ≡ b (mod m) if and only if a and b leave the same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Decide whether the following statements are true or false.</w:t>
      </w:r>
    </w:p>
    <w:p>
      <w:pPr>
        <w:keepNext/>
        <w:ind w:left="357"/>
        <w:jc w:val="both"/>
      </w:pPr>
      <w:r>
        <w:t>a)  24 ≡ 9 (mod 5)          b)  5 ≡ −11 (mod 8)          c)  4 ≡ 17 (mod 2)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a, b ∈ ℤ, then a ≡ b (mod m) if and only if there exists an integer k such that: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Given that n ≡ 10 (mod 3), write down:</w:t>
      </w:r>
    </w:p>
    <w:p>
      <w:pPr>
        <w:keepNext/>
        <w:ind w:left="720" w:hanging="357"/>
        <w:jc w:val="both"/>
      </w:pPr>
      <w:r>
        <w:t>a)</w:t>
        <w:tab/>
        <w:t>three different possible values of n</w:t>
      </w: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greatest negative value of n</w:t>
      </w: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the value of n contained in the set {0, 1, 2}</w:t>
      </w:r>
    </w:p>
    <w:p>
      <w:pPr>
        <w:keepNext w:val="0"/>
        <w:jc w:val="both"/>
      </w:pPr>
    </w:p>
    <w:p>
      <w:pPr>
        <w:keepNext/>
        <w:jc w:val="both"/>
      </w:pPr>
      <w:r>
        <w:t>Properties of congruences:</w:t>
      </w:r>
    </w:p>
    <w:p>
      <w:pPr>
        <w:keepNext/>
        <w:ind w:left="357"/>
        <w:jc w:val="both"/>
      </w:pPr>
      <w:r>
        <w:t>•  a ≡ 0 (mod m)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 ≡ a (mod m)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If a ≡ b (mod m), then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If a ≡ b (mod m) and b ≡ c (mod m), then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Given that a ≡ b (mod m) and b ≡ c (mod m), prove that a ≡ c (mod m).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Rules of arithmetic. If a ≡ b (mod m) and c ≡ d (mod m), then:</w:t>
      </w:r>
    </w:p>
    <w:p>
      <w:pPr>
        <w:keepNext/>
        <w:ind w:left="357"/>
        <w:jc w:val="both"/>
      </w:pPr>
      <w:r>
        <w:t>•  a ± c ≡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ac ≡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ka ≡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</w:t>
      </w:r>
      <w:r>
        <w:rPr>
          <w:vertAlign w:val="superscript"/>
        </w:rPr>
        <w:t>n</w:t>
      </w:r>
      <w:r>
        <w:t xml:space="preserve"> ≡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Show that 23</w:t>
      </w:r>
      <w:r>
        <w:rPr>
          <w:vertAlign w:val="superscript"/>
        </w:rPr>
        <w:t>753</w:t>
      </w:r>
      <w:r>
        <w:t xml:space="preserve"> ≡ 1 (mod 11).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Find the remainder when 343</w:t>
      </w:r>
      <w:r>
        <w:rPr>
          <w:vertAlign w:val="superscript"/>
        </w:rPr>
        <w:t>5</w:t>
      </w:r>
      <w:r>
        <w:t xml:space="preserve"> is divided by 11.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6.</w:t>
        <w:tab/>
        <w:t>Work out the final digit in the number 513</w:t>
      </w:r>
      <w:r>
        <w:rPr>
          <w:vertAlign w:val="superscript"/>
        </w:rPr>
        <w:t>50</w:t>
      </w:r>
      <w:r>
        <w:t>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7.</w:t>
        <w:tab/>
        <w:t>Find the remainder when 19</w:t>
      </w:r>
      <w:r>
        <w:rPr>
          <w:vertAlign w:val="superscript"/>
        </w:rPr>
        <w:t>273</w:t>
      </w:r>
      <w:r>
        <w:t xml:space="preserve"> is divided by 12.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8.</w:t>
        <w:tab/>
        <w:t>Find the remainder when 1! + 2! + … + 100! is divided by 15.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1D Divisibility Tests</w:t>
      </w:r>
    </w:p>
    <w:p>
      <w:pPr>
        <w:keepNext/>
        <w:jc w:val="both"/>
      </w:pPr>
      <w:r>
        <w:t>An integer is divisible by:</w:t>
      </w:r>
    </w:p>
    <w:p>
      <w:pPr>
        <w:keepNext/>
        <w:ind w:left="357"/>
        <w:jc w:val="both"/>
      </w:pPr>
      <w:r>
        <w:t>•  2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5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10 if and only if</w:t>
      </w:r>
    </w:p>
    <w:p>
      <w:pPr>
        <w:keepNext w:val="0"/>
        <w:jc w:val="both"/>
      </w:pPr>
    </w:p>
    <w:p>
      <w:pPr>
        <w:keepNext/>
        <w:jc w:val="both"/>
      </w:pPr>
      <w:r>
        <w:t>A number N with decimal digits a</w:t>
      </w:r>
      <w:r>
        <w:rPr>
          <w:vertAlign w:val="subscript"/>
        </w:rPr>
        <w:t>n</w:t>
      </w:r>
      <w:r>
        <w:t xml:space="preserve"> a</w:t>
      </w:r>
      <w:r>
        <w:rPr>
          <w:vertAlign w:val="subscript"/>
        </w:rPr>
        <w:t>n−1</w:t>
      </w:r>
      <w:r>
        <w:t xml:space="preserve"> a</w:t>
      </w:r>
      <w:r>
        <w:rPr>
          <w:vertAlign w:val="subscript"/>
        </w:rPr>
        <w:t>n−2</w:t>
      </w:r>
      <w:r>
        <w:t xml:space="preserve"> … a</w:t>
      </w:r>
      <w:r>
        <w:rPr>
          <w:vertAlign w:val="subscript"/>
        </w:rPr>
        <w:t>1</w:t>
      </w:r>
      <w:r>
        <w:t xml:space="preserve"> a</w:t>
      </w:r>
      <w:r>
        <w:rPr>
          <w:vertAlign w:val="subscript"/>
        </w:rPr>
        <w:t>0</w:t>
      </w:r>
      <w:r>
        <w:t xml:space="preserve"> can be written as: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Prove that a positive integer N is divisible by 10 if and only if its last digit is 0.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An integer is divisible by:</w:t>
      </w:r>
    </w:p>
    <w:p>
      <w:pPr>
        <w:keepNext/>
        <w:ind w:left="357"/>
        <w:jc w:val="both"/>
      </w:pPr>
      <w:r>
        <w:t>•  3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4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6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9 if and only if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11 if and only if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N is a 3-digit number abc, so that N = 100a + 10b + c, where a, b, c ∈ {0, 1, 2, 3, 4, 5, 6, 7, 8, 9} and a ≠ 0. Prove that 11 | N if and only if 11 | (a − b + c).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Use the divisibility rules to determine whether:</w:t>
      </w:r>
    </w:p>
    <w:p>
      <w:pPr>
        <w:keepNext/>
        <w:ind w:left="720" w:hanging="357"/>
        <w:jc w:val="both"/>
      </w:pPr>
      <w:r>
        <w:t>a)</w:t>
        <w:tab/>
        <w:t>7146 is divisible by 9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5838 is divisible by 6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2 261 914 is divisible by 4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d)</w:t>
        <w:tab/>
        <w:t>813 747 is divisible by 11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N is a 3-digit number abc, so that N = 100a + 10b + c, where a, b and c are integers between 0 and 9, with a ≠ 0. N has the following properties:</w:t>
      </w:r>
    </w:p>
    <w:p>
      <w:pPr>
        <w:keepNext/>
        <w:ind w:left="357"/>
        <w:jc w:val="both"/>
      </w:pPr>
      <w:r>
        <w:t>•  N is divisible by 9</w:t>
      </w:r>
    </w:p>
    <w:p>
      <w:pPr>
        <w:keepNext/>
        <w:ind w:left="357"/>
        <w:jc w:val="both"/>
      </w:pPr>
      <w:r>
        <w:t>•  The sum of the digits of N is even</w:t>
      </w:r>
    </w:p>
    <w:p>
      <w:pPr>
        <w:keepNext/>
        <w:ind w:left="357"/>
        <w:jc w:val="both"/>
      </w:pPr>
      <w:r>
        <w:t>•  N ≡ 3 (mod 11)</w:t>
      </w:r>
    </w:p>
    <w:p>
      <w:pPr>
        <w:keepNext/>
        <w:ind w:left="357"/>
        <w:jc w:val="both"/>
      </w:pPr>
      <w:r>
        <w:t>Find all possible values for N, showing your working clearly.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1E Solving Congruence Equations</w:t>
      </w:r>
    </w:p>
    <w:p>
      <w:pPr>
        <w:keepNext/>
        <w:jc w:val="both"/>
      </w:pPr>
      <w:r>
        <w:t>The set of least residues modulo n is:</w:t>
      </w:r>
    </w:p>
    <w:p>
      <w:pPr>
        <w:keepNext w:val="0"/>
        <w:jc w:val="both"/>
      </w:pPr>
    </w:p>
    <w:p>
      <w:pPr>
        <w:keepNext/>
        <w:jc w:val="both"/>
      </w:pPr>
      <w:r>
        <w:t>Solving a congruence equation means: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Solve the equation x ≡ 86 (mod 7).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Solve the equation x + 15 ≡ 3 (mod 10).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Let a, b, m ∈ ℤ, with m &gt; 0 and gcd(a, m) = d. For the equation ax ≡ b (mod m):</w:t>
      </w:r>
    </w:p>
    <w:p>
      <w:pPr>
        <w:keepNext/>
        <w:ind w:left="357"/>
        <w:jc w:val="both"/>
      </w:pPr>
      <w:r>
        <w:t>•  If d ∤ b: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If d | b: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Explain why the equation 14x ≡ 7 (mod 22) has no solutions.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Cancelling. If ka ≡ kb (mod m) and gcd(k, m) = 1, then:</w:t>
      </w:r>
    </w:p>
    <w:p>
      <w:pPr>
        <w:keepNext w:val="0"/>
        <w:jc w:val="both"/>
      </w:pPr>
    </w:p>
    <w:p>
      <w:pPr>
        <w:keepNext/>
        <w:jc w:val="both"/>
      </w:pPr>
      <w:r>
        <w:t>If ka ≡ kb (mod m) and gcd(k, m) = d, then: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Solve the equation 2n ≡ 26 (mod 14).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Solve the equation 42y ≡ 168 (mod 35).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A multiplicative inverse of a modulo m is: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It exists if and only if:</w:t>
      </w:r>
    </w:p>
    <w:p>
      <w:pPr>
        <w:keepNext w:val="0"/>
        <w:jc w:val="both"/>
      </w:pPr>
    </w:p>
    <w:p>
      <w:pPr>
        <w:keepNext/>
        <w:jc w:val="both"/>
      </w:pPr>
      <w:r>
        <w:t>Finding a multiplicative inverse using Bezout’s identity: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6.</w:t>
        <w:tab/>
      </w:r>
    </w:p>
    <w:p>
      <w:pPr>
        <w:keepNext/>
        <w:ind w:left="720" w:hanging="357"/>
        <w:jc w:val="both"/>
      </w:pPr>
      <w:r>
        <w:t>a)</w:t>
        <w:tab/>
        <w:t>Find a multiplicative inverse of 10 modulo 63.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Hence solve the equation 10x ≡ 4 (mod 63).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7.</w:t>
        <w:tab/>
        <w:t>Solve 75x ≡ 12 (mod 237).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Method 1 (back substitution, then multiply by b ÷ gcd(a, m)):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Method 2 (divide everything, including the modulus, by gcd(a, m)):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1F Fermat’s Little Theorem</w:t>
      </w:r>
    </w:p>
    <w:p>
      <w:pPr>
        <w:keepNext/>
        <w:jc w:val="both"/>
      </w:pPr>
      <w:r>
        <w:t>Fermat’s little theorem: if p is a prime number and a is any number not divisible by p, then: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For example:    3</w:t>
      </w:r>
      <w:r>
        <w:rPr>
          <w:vertAlign w:val="superscript"/>
        </w:rPr>
        <w:t>22</w:t>
      </w:r>
      <w:r>
        <w:t xml:space="preserve"> ≡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 xml:space="preserve"> (mod 23)          500</w:t>
      </w:r>
      <w:r>
        <w:rPr>
          <w:vertAlign w:val="superscript"/>
        </w:rPr>
        <w:t>101</w:t>
      </w:r>
      <w:r>
        <w:t xml:space="preserve"> ≡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 xml:space="preserve"> ≡ </w:t>
      </w:r>
      <w:r>
        <w:t>_</w:t>
      </w:r>
      <w:r>
        <w:t>_</w:t>
      </w:r>
      <w:r>
        <w:t>_</w:t>
      </w:r>
      <w:r>
        <w:t>_</w:t>
      </w:r>
      <w:r>
        <w:t>_</w:t>
      </w:r>
      <w:r>
        <w:t>_</w:t>
      </w:r>
      <w:r>
        <w:t xml:space="preserve"> (mod 101)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Find the least residue of 3</w:t>
      </w:r>
      <w:r>
        <w:rPr>
          <w:vertAlign w:val="superscript"/>
        </w:rPr>
        <w:t>202</w:t>
      </w:r>
      <w:r>
        <w:t xml:space="preserve"> modulo 11.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a and b are positive integers and p is a prime number with p ∤ a, then:</w:t>
      </w:r>
    </w:p>
    <w:p>
      <w:pPr>
        <w:keepNext/>
        <w:ind w:left="357"/>
        <w:jc w:val="both"/>
      </w:pPr>
      <w:r>
        <w:t>•  the multiplicative inverse of a modulo p is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the solution to the equation ax ≡ b (mod p) is</w:t>
      </w:r>
    </w:p>
    <w:p>
      <w:pPr>
        <w:keepNext w:val="0"/>
        <w:jc w:val="both"/>
      </w:pPr>
    </w:p>
    <w:p>
      <w:pPr>
        <w:keepNext/>
        <w:jc w:val="both"/>
      </w:pPr>
      <w:r>
        <w:t>Why: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Find the solution to the linear congruence 7x ≡ 10 (mod 11).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Find the remainder when 2</w:t>
      </w:r>
      <w:r>
        <w:rPr>
          <w:vertAlign w:val="superscript"/>
        </w:rPr>
        <w:t>1000</w:t>
      </w:r>
      <w:r>
        <w:t xml:space="preserve"> is divided by 13.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Find the solution to the congruence equation x</w:t>
      </w:r>
      <w:r>
        <w:rPr>
          <w:vertAlign w:val="superscript"/>
        </w:rPr>
        <w:t>103</w:t>
      </w:r>
      <w:r>
        <w:t xml:space="preserve"> ≡ 4 (mod 11).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pageBreakBefore/>
        <w:jc w:val="center"/>
      </w:pPr>
      <w:r>
        <w:rPr>
          <w:b/>
          <w:sz w:val="32"/>
          <w:u w:val="single"/>
        </w:rPr>
        <w:t>1G Combinatorics</w:t>
      </w:r>
    </w:p>
    <w:p>
      <w:pPr>
        <w:keepNext/>
        <w:jc w:val="both"/>
      </w:pPr>
      <w:r>
        <w:t>The product rule of counting: if you can choose one item in m different ways, and a second item in n different ways, then: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you need to choose k items, and the kth item can be chosen in n</w:t>
      </w:r>
      <w:r>
        <w:rPr>
          <w:vertAlign w:val="subscript"/>
        </w:rPr>
        <w:t>k</w:t>
      </w:r>
      <w:r>
        <w:t xml:space="preserve"> different ways, then: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number plate consists of two letters, followed by two digits, followed by three more letters. The letters can be chosen from the entire alphabet except the letters I, O, Q or Z, and the digits can be chosen from 0 up to 9.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5798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5798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Find the total number of different number plates that can be generated in this way.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All number plates registered in one particular region must start with the letter combinations CW or CX.</w:t>
      </w:r>
    </w:p>
    <w:p>
      <w:pPr>
        <w:keepNext/>
        <w:ind w:left="720" w:hanging="357"/>
        <w:jc w:val="both"/>
      </w:pPr>
      <w:r>
        <w:t>b)</w:t>
        <w:tab/>
        <w:t>Find the total number of different number plates that can be generated in this way.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Find the total number of 3-digit even numbers.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Find the total number of positive integers less than 1000 that contain the digit 5</w:t>
      </w:r>
    </w:p>
    <w:p>
      <w:pPr>
        <w:keepNext/>
        <w:ind w:left="720" w:hanging="357"/>
        <w:jc w:val="both"/>
      </w:pPr>
      <w:r>
        <w:t>a)</w:t>
        <w:tab/>
        <w:t>exactly once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at least once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a set S contains n elements, then the total number of possible subsets of S is: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A set S = {1, 2, 3, 4, 5, 6}. Find the total number of possible subsets of 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A group of 10 students are being selected to clean up a local park. Given that at least one student must be selected, how many different groups of students could be selected to clean up the park?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number of different ways of placing n items in order (permutations of n items):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6.</w:t>
        <w:tab/>
        <w:t>Consider the letters ABCDEF.</w:t>
      </w:r>
    </w:p>
    <w:p>
      <w:pPr>
        <w:keepNext/>
        <w:ind w:left="720" w:hanging="357"/>
        <w:jc w:val="both"/>
      </w:pPr>
      <w:r>
        <w:t>a)</w:t>
        <w:tab/>
        <w:t>Find the number of different strings of length 6 that can be written using these letters exactly once each.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Find the number of these strings that contain:</w:t>
      </w:r>
    </w:p>
    <w:p>
      <w:pPr>
        <w:keepNext/>
        <w:ind w:left="1077" w:hanging="357"/>
        <w:jc w:val="both"/>
      </w:pPr>
      <w:r>
        <w:t>i)</w:t>
        <w:tab/>
        <w:t>the substring DEF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1077" w:hanging="357"/>
        <w:jc w:val="both"/>
      </w:pPr>
      <w:r>
        <w:t>ii)</w:t>
        <w:tab/>
        <w:t>the letters DEF together in any order.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number of possible permutations of r items taken from a set of n items, where n ≥ r: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7.</w:t>
        <w:tab/>
        <w:t>15 runners compete in a cross-country race. Find the number of different ways the top 6 positions can be filled.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number of permutations of n items, of which r are identical: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number of permutations of n items, of which r</w:t>
      </w:r>
      <w:r>
        <w:rPr>
          <w:vertAlign w:val="subscript"/>
        </w:rPr>
        <w:t>1</w:t>
      </w:r>
      <w:r>
        <w:t xml:space="preserve"> are identical, r</w:t>
      </w:r>
      <w:r>
        <w:rPr>
          <w:vertAlign w:val="subscript"/>
        </w:rPr>
        <w:t>2</w:t>
      </w:r>
      <w:r>
        <w:t xml:space="preserve"> are identical, and so on: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8.</w:t>
        <w:tab/>
        <w:t>Find the number of possible different permutations of the letters in the word WINNINGS.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number of possible combinations of r items (in any order) taken from a set of n items, where n ≥ r: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9.</w:t>
        <w:tab/>
        <w:t>In a lottery game you choose 6 numbers from a choice of 45 by shading in a grid. 6 numbers are selected at random and if you match all six you win a jackpot prize. Find the probability of winning a jackpot prize.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296000" cy="178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tt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17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10.</w:t>
        <w:tab/>
        <w:t>In poker, a deck of 52 different cards is used. There are 13 cards in each of four suits. A hand is made up of five cards, arranged in any order.</w:t>
      </w:r>
    </w:p>
    <w:p>
      <w:pPr>
        <w:keepNext/>
        <w:ind w:left="720" w:hanging="357"/>
        <w:jc w:val="both"/>
      </w:pPr>
      <w:r>
        <w:t>a)</w:t>
        <w:tab/>
        <w:t>Work out the total number of different hands that are possible.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A flush is a hand containing five cards of the same suit.</w:t>
      </w:r>
    </w:p>
    <w:p>
      <w:pPr>
        <w:keepNext/>
        <w:ind w:left="720" w:hanging="357"/>
        <w:jc w:val="both"/>
      </w:pPr>
      <w:r>
        <w:t>b)</w:t>
        <w:tab/>
        <w:t>Work out the number of hands containing five cards of the same suit.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Four-of-a-kind is a hand containing four cards of the same value, such as four 7s, or four queens.</w:t>
      </w:r>
    </w:p>
    <w:p>
      <w:pPr>
        <w:keepNext/>
        <w:ind w:left="720" w:hanging="357"/>
        <w:jc w:val="both"/>
      </w:pPr>
      <w:r>
        <w:t>c)</w:t>
        <w:tab/>
        <w:t>Work out the number of four-of-a-kind hands.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11.</w:t>
        <w:tab/>
        <w:t>The set S = {1, 2, 3, 4, 5, 6, 7, 8}. Find:</w:t>
      </w:r>
    </w:p>
    <w:p>
      <w:pPr>
        <w:keepNext/>
        <w:ind w:left="720" w:hanging="357"/>
        <w:jc w:val="both"/>
      </w:pPr>
      <w:r>
        <w:t>a)</w:t>
        <w:tab/>
        <w:t>the number of subsets of S containing exactly 4 elements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number of different 4-digit numbers that can be made using the elements of S. (Each element can be used only once.)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