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6C Area of a Surface of Revolution</w:t>
      </w:r>
    </w:p>
    <w:p>
      <w:pPr>
        <w:keepNext w:val="0"/>
        <w:jc w:val="both"/>
      </w:pPr>
      <w:r>
        <w:t>A surface of revolution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Area of the thin band made by rotating a small arc δs, a distance y from the x-axis: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y = f(x) rotated through 2π about the x-axis: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a Cartesian curve rotated through 2π about the y-axis (two forms):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a parametric curve x = f(t), y = g(t), rotated about the x-axis and about the y-axis: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Surface area for a polar curve r = f(θ), rotated about the initial line and about the line θ = π/2: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curve C has equation y = ⅓√x (3 − x). The arc of the curve between the points with x-coordinates 1 and 3 is completely rotated about the x-axis. Find the area of the surface generated.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3257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325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curve with parametric equations x = t − sin t, y = 1 − cos t, from t = 0 to t = 2π, is rotated through 360° about the x-axis. Find the area of the surface generated.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114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11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graph of the polar equation r = 4 + 4sin θ from θ = −π/2 to θ = π/2 is shown below. The curve is rotated through 2π radians about the vertical line θ = π/2, forming a surface of revolution. Find the exact area of the surface.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8462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846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arc of the curve with equation y = cosh x, from the point (0, 1) to (ln 2, 5/4), is rotated completely about the y-axis. Find the area of the surface generated.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67088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70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