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6B Arc Length</w:t>
      </w:r>
    </w:p>
    <w:p>
      <w:pPr>
        <w:keepNext w:val="0"/>
        <w:jc w:val="both"/>
      </w:pPr>
      <w:r>
        <w:t>Arc length means:</w:t>
      </w:r>
    </w:p>
    <w:p>
      <w:pPr>
        <w:jc w:val="both"/>
      </w:pPr>
    </w:p>
    <w:p>
      <w:pPr>
        <w:keepNext w:val="0"/>
        <w:jc w:val="both"/>
      </w:pPr>
      <w:r>
        <w:t>Using Pythagoras on a small arc δs: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Arc length for y = f(x), integrating with respect to x: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Arc length for y = f(x), integrating with respect to y: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Arc length for a curve given parametrically, x = f(t), y = g(t):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Arc length for a curve with polar equation r = f(θ), between θ = α and θ = β: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Find the length of the arc PQ on the curve with equation y = ⅔x^(3/2), where the x-coordinates of P and Q are 8 and 15 respectively.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6589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8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6589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A curve is defined by the parametric equations x = 3 + 2cos t, y = 2t + 2sin t, t ∈ ℝ.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9639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963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</w:r>
    </w:p>
    <w:p>
      <w:pPr>
        <w:keepNext/>
        <w:spacing w:before="40" w:after="40"/>
        <w:ind w:left="1077"/>
        <w:jc w:val="left"/>
      </w:pPr>
      <w:r>
        <w:drawing>
          <wp:inline xmlns:a="http://schemas.openxmlformats.org/drawingml/2006/main" xmlns:pic="http://schemas.openxmlformats.org/drawingml/2006/picture">
            <wp:extent cx="2563368" cy="39624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1338f366524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63368" cy="396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the exact length of this curve between the points where t = π/3 and t = π.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curve C shown in the diagram has polar equation r = 5e²ᶿ. Find the length of the arc of C between the points on the curve with θ = 0 and θ = π/2.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20000" cy="203012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20301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 useful substitution for ∫√(1 + x²) dx:</w:t>
      </w: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4.</w:t>
        <w:tab/>
        <w:t>Find the exact length of the arc on the parabola with equation y = ½x², from the origin to the point P(4, 8).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