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6A Reduction Formulae</w:t>
      </w:r>
    </w:p>
    <w:p>
      <w:pPr>
        <w:keepNext w:val="0"/>
        <w:jc w:val="both"/>
      </w:pPr>
      <w:r>
        <w:t>A reduction formula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formula for integration by parts: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How you use a reduction formula to find an integral: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Given that Iₙ = ∫xⁿeˣ dx, where n is a positive integer,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731008" cy="2011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804dc2a5671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1008" cy="2011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679448" cy="3901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9763c6f1c05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9448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949952" cy="39014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b0e97fe0896d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9952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432048" cy="39014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195afc8f517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32048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you may need an identity after integrating by parts: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523232" cy="46329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2cb209cf08d9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23232" cy="463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Iₙ = ∫tanⁿx dx, where n is a positive integer. By writing tanⁿx as tanⁿ⁻²x tan²x, and using 1 + tan²x ≡ sec²x, establish the reduction formula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292096" cy="35966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ccf8d471fc1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2096" cy="359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749040" cy="50901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2d4bc61444d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5090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Prove that, for n ≥ 2, nIₙ = (n − 1)Iₙ₋₂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Find the values of</w:t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2709672" cy="50901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f5f9093aa91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9672" cy="5090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386584" cy="46634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587a9afd3cff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6584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258312" cy="39319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19d8cd937a6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8312" cy="393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913888" cy="44196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7a43819fac4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3888" cy="441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You may assume that the limit of Iₙ as n → ∞ is 0.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7.</w:t>
        <w:tab/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398264" cy="39014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249eec1d0e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98264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4547616" cy="39014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4dcdf79f7fc4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47616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831336" cy="57912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dbd7cad3709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31336" cy="579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