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5C Reducing Matrices to Diagonal Form</w:t>
      </w:r>
    </w:p>
    <w:p>
      <w:pPr>
        <w:keepNext w:val="0"/>
        <w:jc w:val="both"/>
      </w:pPr>
      <w:r>
        <w:t>A diagonal matrix: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leading diagonal:</w:t>
      </w:r>
    </w:p>
    <w:p>
      <w:pPr>
        <w:jc w:val="both"/>
      </w:pPr>
    </w:p>
    <w:p>
      <w:pPr>
        <w:keepNext w:val="0"/>
        <w:jc w:val="both"/>
      </w:pPr>
      <w:r>
        <w:t>The general 2 × 2 diagonal matrix: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To reduce a given matrix A to diagonal form:</w:t>
      </w:r>
    </w:p>
    <w:p>
      <w:pPr>
        <w:keepNext/>
        <w:ind w:left="357"/>
        <w:jc w:val="both"/>
      </w:pPr>
      <w:r>
        <w:t>1.</w:t>
      </w:r>
    </w:p>
    <w:p>
      <w:pPr>
        <w:jc w:val="both"/>
      </w:pPr>
    </w:p>
    <w:p>
      <w:pPr>
        <w:keepNext/>
        <w:ind w:left="357"/>
        <w:jc w:val="both"/>
      </w:pPr>
      <w:r>
        <w:t>2.</w:t>
      </w:r>
    </w:p>
    <w:p>
      <w:pPr>
        <w:jc w:val="both"/>
      </w:pPr>
    </w:p>
    <w:p>
      <w:pPr>
        <w:keepNext/>
        <w:ind w:left="357"/>
        <w:jc w:val="both"/>
      </w:pPr>
      <w:r>
        <w:t>3.</w:t>
      </w:r>
    </w:p>
    <w:p>
      <w:pPr>
        <w:jc w:val="both"/>
      </w:pPr>
    </w:p>
    <w:p>
      <w:pPr>
        <w:keepNext/>
        <w:ind w:left="357"/>
        <w:jc w:val="both"/>
      </w:pPr>
      <w:r>
        <w:t>4.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matrix below: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4a4f79db2ee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a matrix P such that D = P⁻¹AP is diagonal.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down the diagonal matrix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elements on the leading diagonal of D: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symmetric matrix: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An orthogonal matrix: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procedure for orthogonal diagonalisation of a symmetric matrix A:</w:t>
      </w:r>
    </w:p>
    <w:p>
      <w:pPr>
        <w:keepNext/>
        <w:ind w:left="357"/>
        <w:jc w:val="both"/>
      </w:pPr>
      <w:r>
        <w:t>1.</w:t>
      </w:r>
    </w:p>
    <w:p>
      <w:pPr>
        <w:jc w:val="both"/>
      </w:pPr>
    </w:p>
    <w:p>
      <w:pPr>
        <w:keepNext/>
        <w:ind w:left="357"/>
        <w:jc w:val="both"/>
      </w:pPr>
      <w:r>
        <w:t>2.</w:t>
      </w:r>
    </w:p>
    <w:p>
      <w:pPr>
        <w:jc w:val="both"/>
      </w:pPr>
    </w:p>
    <w:p>
      <w:pPr>
        <w:keepNext/>
        <w:ind w:left="357"/>
        <w:jc w:val="both"/>
      </w:pPr>
      <w:r>
        <w:t>3.</w:t>
      </w:r>
    </w:p>
    <w:p>
      <w:pPr>
        <w:jc w:val="both"/>
      </w:pPr>
    </w:p>
    <w:p>
      <w:pPr>
        <w:keepNext/>
        <w:ind w:left="357"/>
        <w:jc w:val="both"/>
      </w:pPr>
      <w:r>
        <w:t>4.</w:t>
      </w: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Reduce the matrix A to a diagonal matrix.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27175" cy="484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6a324f27d87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7175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Find a matrix P and a diagonal matrix D such that D = P⁻¹AP.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97280" cy="7040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84bdc396836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216152" cy="7040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a1a81b06785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Verify that (2, 1, 1)ᵀ is an eigenvector of A and find the corresponding eigenvalue.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Show that −6 is another eigenvalue of A and find the corresponding eigenvector.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Given that the third eigenvector of A is (1, −1, −1)ᵀ, find a matrix P and a diagonal matrix D such that PᵀAP =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two sequences xₙ and yₙ satisfy the recurrence relations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361687" cy="1828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b73f6bda8564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1687" cy="182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These recurrence relations can be written in matrix form as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685032" cy="4846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2376c10624f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850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eigenvalues and corresponding eigenvectors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write down matrices P and D such that P⁻¹AP = D where D is a diagonal matrix.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New sequences uₙ and vₙ can be formed from xₙ and yₙ using the transformation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79576" cy="48463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a5d32f0ebaf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c)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1965959" cy="48463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363b082fcc1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5959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Hence find closed form expressions for the original sequences xₙ and yₙ.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Powers of a diagonal matrix: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469136" cy="4846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d9eecaf77dd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 w:val="0"/>
        <w:jc w:val="both"/>
      </w:pPr>
      <w:r>
        <w:t xml:space="preserve">If P⁻¹AP = D, then Aᵏ = 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For the matrix below: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4e98a5f49dd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a matrix P and a diagonal matrix D such that P⁻¹AP =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find A⁶.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