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5A/B Eigenvalues and Eigenvectors</w:t>
      </w:r>
    </w:p>
    <w:p>
      <w:pPr>
        <w:keepNext w:val="0"/>
        <w:jc w:val="both"/>
      </w:pPr>
      <w:r>
        <w:t>An eigenvector of a matrix A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eigenvalue corresponding to the eigenvector x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Under the transformation represented by A, what happens to an eigenvector? What does the eigenvalue tell you?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Eigenvectors and invariant lines: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corresponding eigenvalue is 1:</w:t>
      </w:r>
    </w:p>
    <w:p>
      <w:pPr>
        <w:jc w:val="both"/>
      </w:pPr>
    </w:p>
    <w:p>
      <w:pPr>
        <w:keepNext w:val="0"/>
        <w:jc w:val="both"/>
      </w:pPr>
      <w:r>
        <w:t>Why det(A − λI) = 0 gives the eigenvalues: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characteristic equation of A: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Find the eigenvalues and corresponding eigenvectors of 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27175" cy="484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07a10c69de3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7175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A normalised eigenvector: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639568" cy="7040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c991c5ed6f9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Normalised eigenvectors for question 1: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Repeated eigenvalues and complex eigenvalues: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Linearly independent vectors: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the eigenvalues and corresponding eigenvectors for these matrices:</w:t>
      </w:r>
    </w:p>
    <w:p>
      <w:pPr>
        <w:keepNext/>
        <w:ind w:left="720" w:hanging="357"/>
        <w:jc w:val="both"/>
      </w:pPr>
      <w:r>
        <w:t>a)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984504" cy="4846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984dcb7104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4504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1021080" cy="48463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fa4a22753fe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899159" cy="48463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08bd9120da4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9159" cy="4846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transformation T: ℝ² → ℝ² is represented by 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908304" cy="48463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9dd5a612411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8304" cy="484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eigenvalues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Cartesian equations of the two lines passing through the origin which are invariant under 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Eigenvalues and eigenvectors of a 3 × 3 matrix (what kind of equation? how do you factorise it?):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a 3 × 3 matrix always has at least one real eigenvalue: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Find the eigenvalues and corresponding eigenvectors of 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216152" cy="70408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a0f9aad4fb2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097280" cy="70408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4f0ab3cc28b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Show that −2 is the only real eigenvalue of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a normalised eigenvector of A corresponding to the eigenvalue −2.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The matrix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978408" cy="70408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45c700a84d7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8408" cy="704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Show that 1 is a repeated eigenvalue of A and find the other distinct eigenvalue.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two linearly independent eigenvectors corresponding to the eigenvalue 1.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