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4C Solving Second-Order Recurrence Relations</w:t>
      </w:r>
    </w:p>
    <w:p>
      <w:pPr>
        <w:keepNext w:val="0"/>
        <w:jc w:val="left"/>
      </w:pPr>
      <w:r>
        <w:t>A second-order linear recurrence relation can be written in the form:</w:t>
      </w: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Consider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− u</w:t>
      </w:r>
      <w:r>
        <w:rPr>
          <w:vertAlign w:val="subscript"/>
        </w:rPr>
        <w:t>n−2</w:t>
      </w:r>
      <w:r>
        <w:t>, n ≥ 2. Verify that the following particular solutions satisfy this recurrence relation.</w:t>
      </w:r>
    </w:p>
    <w:p>
      <w:pPr>
        <w:keepNext w:val="0"/>
        <w:ind w:left="720" w:hanging="357"/>
        <w:jc w:val="left"/>
      </w:pPr>
      <w:r>
        <w:t>a)</w:t>
        <w:tab/>
        <w:t>u</w:t>
      </w:r>
      <w:r>
        <w:rPr>
          <w:vertAlign w:val="subscript"/>
        </w:rPr>
        <w:t>n</w:t>
      </w:r>
      <w:r>
        <w:t xml:space="preserve"> = 3n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u</w:t>
      </w:r>
      <w:r>
        <w:rPr>
          <w:vertAlign w:val="subscript"/>
        </w:rPr>
        <w:t>n</w:t>
      </w:r>
      <w:r>
        <w:t xml:space="preserve"> = 5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u</w:t>
      </w:r>
      <w:r>
        <w:rPr>
          <w:vertAlign w:val="subscript"/>
        </w:rPr>
        <w:t>n</w:t>
      </w:r>
      <w:r>
        <w:t xml:space="preserve"> = 3n + 5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If u</w:t>
      </w:r>
      <w:r>
        <w:rPr>
          <w:vertAlign w:val="subscript"/>
        </w:rPr>
        <w:t>n</w:t>
      </w:r>
      <w:r>
        <w:t xml:space="preserve"> = F(n) and u</w:t>
      </w:r>
      <w:r>
        <w:rPr>
          <w:vertAlign w:val="subscript"/>
        </w:rPr>
        <w:t>n</w:t>
      </w:r>
      <w:r>
        <w:t xml:space="preserve"> = G(n) are both solutions, then: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auxiliary equation of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bu</w:t>
      </w:r>
      <w:r>
        <w:rPr>
          <w:vertAlign w:val="subscript"/>
        </w:rPr>
        <w:t>n−2</w:t>
      </w:r>
      <w:r>
        <w:t>, and where it comes from: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</w:tblGrid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</w:p>
        </w:tc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the general solution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Distinct real roots α, β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Repeated root α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jc w:val="center"/>
            </w:pPr>
            <w:r>
              <w:rPr>
                <w:b/>
                <w:sz w:val="22"/>
              </w:rPr>
              <w:t>Complex roots re</w:t>
            </w:r>
            <w:r>
              <w:rPr>
                <w:b/>
                <w:sz w:val="22"/>
                <w:vertAlign w:val="superscript"/>
              </w:rPr>
              <w:t>±iθ</w:t>
            </w:r>
          </w:p>
        </w:tc>
        <w:tc>
          <w:tcPr>
            <w:tcW w:type="dxa" w:w="3402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/>
        <w:ind w:left="357" w:hanging="357"/>
        <w:jc w:val="left"/>
      </w:pPr>
      <w:r>
        <w:t>2.</w:t>
        <w:tab/>
      </w:r>
    </w:p>
    <w:p>
      <w:pPr>
        <w:keepNext w:val="0"/>
        <w:ind w:left="720" w:hanging="357"/>
        <w:jc w:val="left"/>
      </w:pPr>
      <w:r>
        <w:t>a)</w:t>
        <w:tab/>
        <w:t>Find a general solution to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+ 8u</w:t>
      </w:r>
      <w:r>
        <w:rPr>
          <w:vertAlign w:val="subscript"/>
        </w:rPr>
        <w:t>n−2</w:t>
      </w:r>
      <w:r>
        <w:t>, n ≥ 2.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Verify that your general solution from part a satisfies the recurrence relation.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Given that u</w:t>
      </w:r>
      <w:r>
        <w:rPr>
          <w:vertAlign w:val="subscript"/>
        </w:rPr>
        <w:t>0</w:t>
      </w:r>
      <w:r>
        <w:t xml:space="preserve"> = 4 and u</w:t>
      </w:r>
      <w:r>
        <w:rPr>
          <w:vertAlign w:val="subscript"/>
        </w:rPr>
        <w:t>1</w:t>
      </w:r>
      <w:r>
        <w:t xml:space="preserve"> = 10, find a particular solution.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Solve the recurrence relation a</w:t>
      </w:r>
      <w:r>
        <w:rPr>
          <w:vertAlign w:val="subscript"/>
        </w:rPr>
        <w:t>n</w:t>
      </w:r>
      <w:r>
        <w:t xml:space="preserve"> = 3a</w:t>
      </w:r>
      <w:r>
        <w:rPr>
          <w:vertAlign w:val="subscript"/>
        </w:rPr>
        <w:t>n−1</w:t>
      </w:r>
      <w:r>
        <w:t xml:space="preserve"> − 2a</w:t>
      </w:r>
      <w:r>
        <w:rPr>
          <w:vertAlign w:val="subscript"/>
        </w:rPr>
        <w:t>n−2</w:t>
      </w:r>
      <w:r>
        <w:t>, with a</w:t>
      </w:r>
      <w:r>
        <w:rPr>
          <w:vertAlign w:val="subscript"/>
        </w:rPr>
        <w:t>1</w:t>
      </w:r>
      <w:r>
        <w:t xml:space="preserve"> = 5 and a</w:t>
      </w:r>
      <w:r>
        <w:rPr>
          <w:vertAlign w:val="subscript"/>
        </w:rPr>
        <w:t>2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Solve the recurrence relation u</w:t>
      </w:r>
      <w:r>
        <w:rPr>
          <w:vertAlign w:val="subscript"/>
        </w:rPr>
        <w:t>n</w:t>
      </w:r>
      <w:r>
        <w:t xml:space="preserve"> = 4u</w:t>
      </w:r>
      <w:r>
        <w:rPr>
          <w:vertAlign w:val="subscript"/>
        </w:rPr>
        <w:t>n−1</w:t>
      </w:r>
      <w:r>
        <w:t xml:space="preserve"> − 4u</w:t>
      </w:r>
      <w:r>
        <w:rPr>
          <w:vertAlign w:val="subscript"/>
        </w:rPr>
        <w:t>n−2</w:t>
      </w:r>
      <w:r>
        <w:t>, with u</w:t>
      </w:r>
      <w:r>
        <w:rPr>
          <w:vertAlign w:val="subscript"/>
        </w:rPr>
        <w:t>0</w:t>
      </w:r>
      <w:r>
        <w:t xml:space="preserve"> = 1 and u</w:t>
      </w:r>
      <w:r>
        <w:rPr>
          <w:vertAlign w:val="subscript"/>
        </w:rPr>
        <w:t>1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5.</w:t>
        <w:tab/>
      </w:r>
    </w:p>
    <w:p>
      <w:pPr>
        <w:keepNext w:val="0"/>
        <w:ind w:left="720" w:hanging="357"/>
        <w:jc w:val="left"/>
      </w:pPr>
      <w:r>
        <w:t>a)</w:t>
        <w:tab/>
        <w:t>Find the general solution to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− 2u</w:t>
      </w:r>
      <w:r>
        <w:rPr>
          <w:vertAlign w:val="subscript"/>
        </w:rPr>
        <w:t>n−2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Given that u</w:t>
      </w:r>
      <w:r>
        <w:rPr>
          <w:vertAlign w:val="subscript"/>
        </w:rPr>
        <w:t>0</w:t>
      </w:r>
      <w:r>
        <w:t xml:space="preserve"> = 1 and u</w:t>
      </w:r>
      <w:r>
        <w:rPr>
          <w:vertAlign w:val="subscript"/>
        </w:rPr>
        <w:t>2</w:t>
      </w:r>
      <w:r>
        <w:t xml:space="preserve"> = 2, find the particular solution to the recurrence relation.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>The Fibonacci sequence is defined recursively as F</w:t>
      </w:r>
      <w:r>
        <w:rPr>
          <w:vertAlign w:val="subscript"/>
        </w:rPr>
        <w:t>n</w:t>
      </w:r>
      <w:r>
        <w:t xml:space="preserve"> = F</w:t>
      </w:r>
      <w:r>
        <w:rPr>
          <w:vertAlign w:val="subscript"/>
        </w:rPr>
        <w:t>n−1</w:t>
      </w:r>
      <w:r>
        <w:t xml:space="preserve"> + F</w:t>
      </w:r>
      <w:r>
        <w:rPr>
          <w:vertAlign w:val="subscript"/>
        </w:rPr>
        <w:t>n−2</w:t>
      </w:r>
      <w:r>
        <w:t>, n &gt; 2, with F</w:t>
      </w:r>
      <w:r>
        <w:rPr>
          <w:vertAlign w:val="subscript"/>
        </w:rPr>
        <w:t>1</w:t>
      </w:r>
      <w:r>
        <w:t xml:space="preserve"> = 1 and F</w:t>
      </w:r>
      <w:r>
        <w:rPr>
          <w:vertAlign w:val="subscript"/>
        </w:rPr>
        <w:t>2</w:t>
      </w:r>
      <w:r>
        <w:t xml:space="preserve"> = 1. Find a closed form for F</w:t>
      </w:r>
      <w:r>
        <w:rPr>
          <w:vertAlign w:val="sub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Solving the non-homogeneous recurrence relation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bu</w:t>
      </w:r>
      <w:r>
        <w:rPr>
          <w:vertAlign w:val="subscript"/>
        </w:rPr>
        <w:t>n−2</w:t>
      </w:r>
      <w:r>
        <w:t xml:space="preserve"> + g(n):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particular solution</w:t>
            </w: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kp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p ≠ α, β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 = 1,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 = 1,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 = β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 = β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kα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α ≠ β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2"/>
              </w:rPr>
              <w:t>kα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α = β</w:t>
            </w:r>
          </w:p>
        </w:tc>
        <w:tc>
          <w:tcPr>
            <w:tcW w:type="dxa" w:w="2835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357" w:hanging="357"/>
        <w:jc w:val="left"/>
      </w:pPr>
      <w:r>
        <w:t>7.</w:t>
        <w:tab/>
        <w:t>Solve the recurrence relation a</w:t>
      </w:r>
      <w:r>
        <w:rPr>
          <w:vertAlign w:val="subscript"/>
        </w:rPr>
        <w:t>n+2</w:t>
      </w:r>
      <w:r>
        <w:t xml:space="preserve"> + 4a</w:t>
      </w:r>
      <w:r>
        <w:rPr>
          <w:vertAlign w:val="subscript"/>
        </w:rPr>
        <w:t>n+1</w:t>
      </w:r>
      <w:r>
        <w:t xml:space="preserve"> + 3a</w:t>
      </w:r>
      <w:r>
        <w:rPr>
          <w:vertAlign w:val="subscript"/>
        </w:rPr>
        <w:t>n</w:t>
      </w:r>
      <w:r>
        <w:t xml:space="preserve"> = 5(−2)</w:t>
      </w:r>
      <w:r>
        <w:rPr>
          <w:vertAlign w:val="superscript"/>
        </w:rPr>
        <w:t>n</w:t>
      </w:r>
      <w:r>
        <w:t>, n ≥ 0, with a</w:t>
      </w:r>
      <w:r>
        <w:rPr>
          <w:vertAlign w:val="subscript"/>
        </w:rPr>
        <w:t>0</w:t>
      </w:r>
      <w:r>
        <w:t xml:space="preserve"> = 2 and a</w:t>
      </w:r>
      <w:r>
        <w:rPr>
          <w:vertAlign w:val="subscript"/>
        </w:rPr>
        <w:t>1</w:t>
      </w:r>
      <w:r>
        <w:t xml:space="preserve"> = −1.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8.</w:t>
        <w:tab/>
        <w:t>Find the general solution to s</w:t>
      </w:r>
      <w:r>
        <w:rPr>
          <w:vertAlign w:val="subscript"/>
        </w:rPr>
        <w:t>n</w:t>
      </w:r>
      <w:r>
        <w:t xml:space="preserve"> = 3s</w:t>
      </w:r>
      <w:r>
        <w:rPr>
          <w:vertAlign w:val="subscript"/>
        </w:rPr>
        <w:t>n−1</w:t>
      </w:r>
      <w:r>
        <w:t xml:space="preserve"> + 4s</w:t>
      </w:r>
      <w:r>
        <w:rPr>
          <w:vertAlign w:val="subscript"/>
        </w:rPr>
        <w:t>n−2</w:t>
      </w:r>
      <w:r>
        <w:t xml:space="preserve"> + 4</w:t>
      </w:r>
      <w:r>
        <w:rPr>
          <w:vertAlign w:val="super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