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3C Transformations of the Complex Plane</w:t>
      </w:r>
    </w:p>
    <w:p>
      <w:pPr>
        <w:keepNext w:val="0"/>
        <w:jc w:val="left"/>
      </w:pPr>
      <w:r>
        <w:t>A transformation maps the z-plane (z = x + iy) to the w-plane (w = u + iv). Method for finding the image of a locus: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3402"/>
      </w:tblGrid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</w:p>
        </w:tc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Transformation it represents</w:t>
            </w: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 = z + a + ib</w:t>
            </w:r>
          </w:p>
        </w:tc>
        <w:tc>
          <w:tcPr>
            <w:tcW w:type="dxa" w:w="3402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 = kz  (k real)</w:t>
            </w:r>
          </w:p>
        </w:tc>
        <w:tc>
          <w:tcPr>
            <w:tcW w:type="dxa" w:w="3402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 = iz</w:t>
            </w:r>
          </w:p>
        </w:tc>
        <w:tc>
          <w:tcPr>
            <w:tcW w:type="dxa" w:w="3402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jc w:val="center"/>
            </w:pPr>
            <w:r>
              <w:rPr>
                <w:b/>
                <w:sz w:val="22"/>
              </w:rPr>
              <w:t>w = kz + a + ib</w:t>
            </w:r>
          </w:p>
        </w:tc>
        <w:tc>
          <w:tcPr>
            <w:tcW w:type="dxa" w:w="3402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keepNext/>
        <w:ind w:left="357" w:hanging="357"/>
        <w:jc w:val="left"/>
      </w:pPr>
      <w:r>
        <w:t>1.</w:t>
        <w:tab/>
        <w:t>The point P represents the complex number z on an Argand diagram, where |z| = 2. T</w:t>
      </w:r>
      <w:r>
        <w:rPr>
          <w:vertAlign w:val="subscript"/>
        </w:rPr>
        <w:t>1</w:t>
      </w:r>
      <w:r>
        <w:t>, T</w:t>
      </w:r>
      <w:r>
        <w:rPr>
          <w:vertAlign w:val="subscript"/>
        </w:rPr>
        <w:t>2</w:t>
      </w:r>
      <w:r>
        <w:t xml:space="preserve"> and T</w:t>
      </w:r>
      <w:r>
        <w:rPr>
          <w:vertAlign w:val="subscript"/>
        </w:rPr>
        <w:t>3</w:t>
      </w:r>
      <w:r>
        <w:t xml:space="preserve"> represent transformations from the z-plane, where z = x + iy, to the w-plane, where w = u + iv. Describe the locus of the image of P under the transformations:</w:t>
      </w:r>
    </w:p>
    <w:p>
      <w:pPr>
        <w:keepNext w:val="0"/>
        <w:ind w:left="720" w:hanging="357"/>
        <w:jc w:val="left"/>
      </w:pPr>
      <w:r>
        <w:t>a)</w:t>
        <w:tab/>
        <w:t>T</w:t>
      </w:r>
      <w:r>
        <w:rPr>
          <w:vertAlign w:val="subscript"/>
        </w:rPr>
        <w:t>1</w:t>
      </w:r>
      <w:r>
        <w:t>: w = z − 2 + 4i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T</w:t>
      </w:r>
      <w:r>
        <w:rPr>
          <w:vertAlign w:val="subscript"/>
        </w:rPr>
        <w:t>2</w:t>
      </w:r>
      <w:r>
        <w:t>: w = 3z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c)</w:t>
        <w:tab/>
        <w:t>T</w:t>
      </w:r>
      <w:r>
        <w:rPr>
          <w:vertAlign w:val="subscript"/>
        </w:rPr>
        <w:t>3</w:t>
      </w:r>
      <w:r>
        <w:t>: w = ½z + i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2.</w:t>
        <w:tab/>
        <w:t xml:space="preserve">For the transformation w = iz − 1, find the locus of w when z lies on the half-line </w:t>
      </w:r>
      <w:r>
        <w:rPr>
          <w:position w:val="-12"/>
        </w:rPr>
        <w:drawing>
          <wp:inline xmlns:a="http://schemas.openxmlformats.org/drawingml/2006/main" xmlns:pic="http://schemas.openxmlformats.org/drawingml/2006/picture">
            <wp:extent cx="883920" cy="27127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65562b9f727c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271272"/>
                    </a:xfrm>
                    <a:prstGeom prst="rect"/>
                  </pic:spPr>
                </pic:pic>
              </a:graphicData>
            </a:graphic>
          </wp:inline>
        </w:drawing>
      </w:r>
      <w:r>
        <w:t>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43863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_uv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38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r>
        <w:br w:type="page"/>
      </w:r>
    </w:p>
    <w:p>
      <w:pPr>
        <w:keepNext/>
        <w:ind w:left="357" w:hanging="357"/>
        <w:jc w:val="left"/>
      </w:pPr>
      <w:r>
        <w:t>3.</w:t>
        <w:tab/>
        <w:t>A transformation from the z-plane to the w-plane is given by w = z</w:t>
      </w:r>
      <w:r>
        <w:rPr>
          <w:vertAlign w:val="superscript"/>
        </w:rPr>
        <w:t>2</w:t>
      </w:r>
      <w:r>
        <w:t>, where z = x + iy and w = u + iv. Describe the locus of w and give its Cartesian equation when z lies on:</w:t>
      </w:r>
    </w:p>
    <w:p>
      <w:pPr>
        <w:keepNext w:val="0"/>
        <w:ind w:left="720" w:hanging="357"/>
        <w:jc w:val="left"/>
      </w:pPr>
      <w:r>
        <w:t>a)</w:t>
        <w:tab/>
        <w:t>a circle with equation x</w:t>
      </w:r>
      <w:r>
        <w:rPr>
          <w:vertAlign w:val="superscript"/>
        </w:rPr>
        <w:t>2</w:t>
      </w:r>
      <w:r>
        <w:t xml:space="preserve"> + y</w:t>
      </w:r>
      <w:r>
        <w:rPr>
          <w:vertAlign w:val="superscript"/>
        </w:rPr>
        <w:t>2</w:t>
      </w:r>
      <w:r>
        <w:t xml:space="preserve"> = 16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720" w:hanging="357"/>
        <w:jc w:val="left"/>
      </w:pPr>
      <w:r>
        <w:t>b)</w:t>
        <w:tab/>
        <w:t>the line with equation x = 1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43863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_uv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38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 xml:space="preserve">Transformations of the form </w:t>
      </w:r>
      <w:r>
        <w:rPr>
          <w:position w:val="-16"/>
        </w:rPr>
        <w:drawing>
          <wp:inline xmlns:a="http://schemas.openxmlformats.org/drawingml/2006/main" xmlns:pic="http://schemas.openxmlformats.org/drawingml/2006/picture">
            <wp:extent cx="664462" cy="32003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015f57a22ad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462" cy="320039"/>
                    </a:xfrm>
                    <a:prstGeom prst="rect"/>
                  </pic:spPr>
                </pic:pic>
              </a:graphicData>
            </a:graphic>
          </wp:inline>
        </w:drawing>
      </w:r>
      <w:r>
        <w:t>, a, b, c, d ∈ ℂ, are called:</w:t>
      </w:r>
    </w:p>
    <w:p>
      <w:pPr>
        <w:jc w:val="left"/>
      </w:pPr>
    </w:p>
    <w:p>
      <w:pPr>
        <w:keepNext w:val="0"/>
        <w:jc w:val="left"/>
      </w:pPr>
      <w:r>
        <w:t>Method: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4.</w:t>
        <w:tab/>
        <w:t xml:space="preserve">The transformation T from the z-plane, where z = x + iy, to the w-plane, where w = u + iv, is given by </w:t>
      </w:r>
      <w:r>
        <w:rPr>
          <w:position w:val="-16"/>
        </w:rPr>
        <w:drawing>
          <wp:inline xmlns:a="http://schemas.openxmlformats.org/drawingml/2006/main" xmlns:pic="http://schemas.openxmlformats.org/drawingml/2006/picture">
            <wp:extent cx="676656" cy="31699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49b7aff4ff9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6656" cy="316992"/>
                    </a:xfrm>
                    <a:prstGeom prst="rect"/>
                  </pic:spPr>
                </pic:pic>
              </a:graphicData>
            </a:graphic>
          </wp:inline>
        </w:drawing>
      </w:r>
      <w:r>
        <w:t>, z ≠ −1.</w:t>
      </w:r>
    </w:p>
    <w:p>
      <w:pPr>
        <w:keepNext w:val="0"/>
        <w:ind w:left="720" w:hanging="357"/>
        <w:jc w:val="left"/>
      </w:pPr>
      <w:r>
        <w:t>a)</w:t>
        <w:tab/>
        <w:t>Show that the image, under T, of the circle |z| = 1 in the z-plane is a line l in the w-plane.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720" w:hanging="357"/>
        <w:jc w:val="left"/>
      </w:pPr>
      <w:r>
        <w:t>b)</w:t>
        <w:tab/>
        <w:t>Sketch l on an Argand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43863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_uv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38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 w:val="0"/>
        <w:ind w:left="357" w:hanging="357"/>
        <w:jc w:val="left"/>
      </w:pPr>
      <w:r>
        <w:t>5.</w:t>
        <w:tab/>
        <w:t xml:space="preserve">The transformation T from the z-plane, where z = x + iy, to the w-plane, where w = u + iv, is given by </w:t>
      </w:r>
      <w:r>
        <w:rPr>
          <w:position w:val="-16"/>
        </w:rPr>
        <w:drawing>
          <wp:inline xmlns:a="http://schemas.openxmlformats.org/drawingml/2006/main" xmlns:pic="http://schemas.openxmlformats.org/drawingml/2006/picture">
            <wp:extent cx="670560" cy="31699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11a17687d3f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316992"/>
                    </a:xfrm>
                    <a:prstGeom prst="rect"/>
                  </pic:spPr>
                </pic:pic>
              </a:graphicData>
            </a:graphic>
          </wp:inline>
        </w:drawing>
      </w:r>
      <w:r>
        <w:t>, z ≠ −1. Show that the image, under T, of the circle with equation x</w:t>
      </w:r>
      <w:r>
        <w:rPr>
          <w:vertAlign w:val="superscript"/>
        </w:rPr>
        <w:t>2</w:t>
      </w:r>
      <w:r>
        <w:t xml:space="preserve"> + y</w:t>
      </w:r>
      <w:r>
        <w:rPr>
          <w:vertAlign w:val="superscript"/>
        </w:rPr>
        <w:t>2</w:t>
      </w:r>
      <w:r>
        <w:t xml:space="preserve"> = 4 in the z-plane is a circle C in the w-plane. State the centre and radius of C.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6.</w:t>
        <w:tab/>
        <w:t xml:space="preserve">A transformation T of the z-plane to the w-plane is given by </w:t>
      </w:r>
      <w:r>
        <w:rPr>
          <w:position w:val="-15"/>
        </w:rPr>
        <w:drawing>
          <wp:inline xmlns:a="http://schemas.openxmlformats.org/drawingml/2006/main" xmlns:pic="http://schemas.openxmlformats.org/drawingml/2006/picture">
            <wp:extent cx="640080" cy="3048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7881cf7a419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304800"/>
                    </a:xfrm>
                    <a:prstGeom prst="rect"/>
                  </pic:spPr>
                </pic:pic>
              </a:graphicData>
            </a:graphic>
          </wp:inline>
        </w:drawing>
      </w:r>
      <w:r>
        <w:t>, z ≠ 1. Show that as z lies on the real axis in the z-plane, then w lies on a line l in the w-plane. Sketch l on an Argand diagram.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43863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_uv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3863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