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2D Isomorphism</w:t>
      </w:r>
    </w:p>
    <w:p>
      <w:pPr>
        <w:keepNext w:val="0"/>
        <w:jc w:val="both"/>
      </w:pPr>
      <w:r>
        <w:t>Isomorphic groups: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Compare these two groups:  the permutations below under composition, and {0, 1, 2} under addition modulo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a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9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∘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β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β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β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i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β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β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α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+₃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One-to-one function that maps one group onto the other: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Two groups (G, ∗) and (H, ∘) are isomorphic if there exists a mapping f: G → H such that: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 w:val="0"/>
        <w:jc w:val="both"/>
      </w:pPr>
      <w:r>
        <w:t>Notation: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Let (G, ∗) and (H, ∘) be isomorphic groups with identity elements e</w:t>
      </w:r>
      <w:r>
        <w:rPr>
          <w:vertAlign w:val="subscript"/>
        </w:rPr>
        <w:t>G</w:t>
      </w:r>
      <w:r>
        <w:t xml:space="preserve"> and e</w:t>
      </w:r>
      <w:r>
        <w:rPr>
          <w:vertAlign w:val="subscript"/>
        </w:rPr>
        <w:t>H</w:t>
      </w:r>
      <w:r>
        <w:t xml:space="preserve"> respectively, and let f: G → H be an isomorphism from G to H. Prove that f(e</w:t>
      </w:r>
      <w:r>
        <w:rPr>
          <w:vertAlign w:val="subscript"/>
        </w:rPr>
        <w:t>G</w:t>
      </w:r>
      <w:r>
        <w:t>) = e</w:t>
      </w:r>
      <w:r>
        <w:rPr>
          <w:vertAlign w:val="subscript"/>
        </w:rPr>
        <w:t>H</w:t>
      </w:r>
      <w: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f: G → H is an isomorphism then, for all a ∈ G and n ∈ ℤ: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Group isomorphisms also preserve order and subgroups: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Cayley tables for two isomorphic groups G and H are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"/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(G, ∗)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c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d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a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b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"/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(H, ∘)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State the identity element of each group.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Describe an isomorphism from G onto 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G and H are cyclic groups with |G| = |H|. Prove that G ≅ 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Groups of order 8 or less (only these are needed in the exam):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2494"/>
        <w:gridCol w:w="5386"/>
      </w:tblGrid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Order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Name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Properties</w:t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ℤ₁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ℤ₂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ℤ₃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ℤ₄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Klein four-group, K₄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ℤ₅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ℤ₆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S₃, D₆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ℤ₇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ℤ₈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D₈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ℤ₄ × ℤ₂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ℤ₂ × ℤ₂ × ℤ₂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jc w:val="center"/>
            </w:pPr>
            <w:r>
              <w:rPr>
                <w:sz w:val="22"/>
              </w:rPr>
              <w:t>Quaternion group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Groups of order 8 or less can be classified entirely by:</w:t>
      </w: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group G consists of the elements below under the operation of matrix multiplication.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3410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8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34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set H = {1, 3, 5, 7, 9, 11, 13, 15} forms a group under multiplication modulo 16.</w:t>
      </w:r>
    </w:p>
    <w:p>
      <w:pPr>
        <w:keepNext w:val="0"/>
        <w:ind w:left="720" w:hanging="357"/>
        <w:jc w:val="both"/>
      </w:pPr>
      <w:r>
        <w:t>a)</w:t>
        <w:tab/>
        <w:t>Show that H contains a subgroup that is isomorphic to 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Determine whether H is isomorphic to the symmetry group of a square, giving reasons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