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2C Order and Subgroups</w:t>
      </w:r>
    </w:p>
    <w:p>
      <w:pPr>
        <w:keepNext w:val="0"/>
        <w:jc w:val="both"/>
      </w:pPr>
      <w:r>
        <w:t>The order of a finite group G, |G|:</w:t>
      </w:r>
    </w:p>
    <w:p>
      <w:pPr>
        <w:jc w:val="both"/>
      </w:pPr>
    </w:p>
    <w:p>
      <w:pPr>
        <w:keepNext w:val="0"/>
        <w:jc w:val="both"/>
      </w:pPr>
      <w:r>
        <w:t>The order of an element a, |a|: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(G, ∗) is finite with a ∈ G, then:</w:t>
      </w:r>
    </w:p>
    <w:p>
      <w:pPr>
        <w:jc w:val="both"/>
      </w:pPr>
    </w:p>
    <w:p>
      <w:pPr>
        <w:keepNext w:val="0"/>
        <w:jc w:val="both"/>
      </w:pPr>
      <w:r>
        <w:t>(G, ∗) is cyclic if and only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Let (G, ∘) be a finite group. Prove that every element in G must have finite order.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For each of the following groups, write down the order of the group, and the order of each element in the group.</w:t>
      </w:r>
    </w:p>
    <w:p>
      <w:pPr>
        <w:keepNext w:val="0"/>
        <w:ind w:left="720" w:hanging="357"/>
        <w:jc w:val="both"/>
      </w:pPr>
      <w:r>
        <w:t>a)</w:t>
        <w:tab/>
        <w:t>{1, −1, i, −i} under complex multiplication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{1, 3, 7, 9} under multiplication modulo 10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G has elements {e, p, p², p³, q, pq, p²q, p³q} under multiplication, where e is the identity. You can assume the associativity axiom is satisfied. A partially completed Cayley table is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e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  <w:t>p²</w:t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jc w:val="center"/>
            </w:pPr>
            <w:r>
              <w:rPr>
                <w:b/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p³q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p²q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  <w:t>p³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State the order of the group.</w:t>
      </w: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the order of p and q.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Complete the Cayley table and verify that G forms a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Find the order of pq, p²q and p³q.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The set {0, 1, 2, 3, 4} forms a group under addition modulo 5. Explain why no element of this group, other than the identity, can be self-inverse.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Let a be an element in a group (G, ∗). Then:</w:t>
      </w:r>
    </w:p>
    <w:p>
      <w:pPr>
        <w:keepNext/>
        <w:ind w:left="357"/>
        <w:jc w:val="both"/>
      </w:pPr>
      <w:r>
        <w:t>•  if a has finite order n, then aᵐ = e if and only if</w:t>
      </w:r>
    </w:p>
    <w:p>
      <w:pPr>
        <w:jc w:val="both"/>
      </w:pPr>
    </w:p>
    <w:p>
      <w:pPr>
        <w:keepNext/>
        <w:ind w:left="357"/>
        <w:jc w:val="both"/>
      </w:pPr>
      <w:r>
        <w:t>•  if a has infinite order, then</w:t>
      </w:r>
    </w:p>
    <w:p>
      <w:pPr>
        <w:jc w:val="both"/>
      </w:pPr>
    </w:p>
    <w:p>
      <w:pPr>
        <w:keepNext/>
        <w:ind w:left="357"/>
        <w:jc w:val="both"/>
      </w:pPr>
      <w:r>
        <w:t>•  if aˣ = aʸ with x ≠ y, then</w:t>
      </w:r>
    </w:p>
    <w:p>
      <w:pPr>
        <w:jc w:val="both"/>
      </w:pPr>
    </w:p>
    <w:p>
      <w:pPr>
        <w:keepNext w:val="0"/>
        <w:jc w:val="both"/>
      </w:pPr>
      <w:r>
        <w:t>Subgroup: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Proper subgroup:</w:t>
      </w:r>
    </w:p>
    <w:p>
      <w:pPr>
        <w:jc w:val="both"/>
      </w:pPr>
    </w:p>
    <w:p>
      <w:pPr>
        <w:keepNext w:val="0"/>
        <w:jc w:val="both"/>
      </w:pPr>
      <w:r>
        <w:t>Trivial subgroup:</w:t>
      </w: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</w:r>
    </w:p>
    <w:p>
      <w:pPr>
        <w:keepNext w:val="0"/>
        <w:ind w:left="720" w:hanging="357"/>
        <w:jc w:val="both"/>
      </w:pPr>
      <w:r>
        <w:t>a)</w:t>
        <w:tab/>
        <w:t>Show that the set S = {5ⁿ : n ∈ ℤ} forms a group under multiplication.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Determine, with reasons, whether each of the following subsets of S forms a subgroup of (S, ×).</w:t>
      </w:r>
    </w:p>
    <w:p>
      <w:pPr>
        <w:keepNext w:val="0"/>
        <w:ind w:left="1077" w:hanging="357"/>
        <w:jc w:val="both"/>
      </w:pPr>
      <w:r>
        <w:t>i)</w:t>
        <w:tab/>
        <w:t>T = {5²ⁿ : n ∈ ℤ}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U = {5ⁿ : n ∈ ℤ⁺}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Let G be a group and H a finite non-empty subset of G. Then H is a subgroup of G if:</w:t>
      </w: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The set S = {0, 1, 2, 3, 4, 5, 6, 7} forms a group under addition modulo 8. Find two nontrivial proper subgroups of (S, +₈).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+₈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G is a finite group, then any element a ∈ G generates:</w:t>
      </w:r>
    </w:p>
    <w:p>
      <w:pPr>
        <w:jc w:val="both"/>
      </w:pPr>
    </w:p>
    <w:p>
      <w:pPr>
        <w:keepNext w:val="0"/>
        <w:jc w:val="both"/>
      </w:pPr>
      <w:r>
        <w:t>Lagrange’s theorem: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The set G = {1, 2, 4, 5, 8, 10, 11, 13, 16, 17, 19, 20} forms a group under multiplication modulo 21.</w:t>
      </w:r>
    </w:p>
    <w:p>
      <w:pPr>
        <w:keepNext w:val="0"/>
        <w:ind w:left="720" w:hanging="357"/>
        <w:jc w:val="both"/>
      </w:pPr>
      <w:r>
        <w:t>a)</w:t>
        <w:tab/>
        <w:t>Find the elements in the subgroup of (G, ×₂₁) generated by the element 5, and state its order.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why (G, ×₂₁) has no subgroup of order 5.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