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2B Cayley Tables and Finite Groups</w:t>
      </w:r>
    </w:p>
    <w:p>
      <w:pPr>
        <w:keepNext w:val="0"/>
        <w:jc w:val="both"/>
      </w:pPr>
      <w:r>
        <w:t>Finite group:</w:t>
      </w:r>
    </w:p>
    <w:p>
      <w:pPr>
        <w:jc w:val="both"/>
      </w:pPr>
    </w:p>
    <w:p>
      <w:pPr>
        <w:keepNext w:val="0"/>
        <w:jc w:val="both"/>
      </w:pPr>
      <w:r>
        <w:t>Cayley table: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Which element comes first in a Cayley table?</w:t>
      </w: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set {1, −1, i, −i}, where i² = −1, forms a group under multiplication.</w:t>
      </w:r>
    </w:p>
    <w:p>
      <w:pPr>
        <w:keepNext/>
        <w:ind w:left="720" w:hanging="357"/>
        <w:jc w:val="both"/>
      </w:pPr>
      <w:r>
        <w:t>a)</w:t>
        <w:tab/>
        <w:t>Draw a Cayley table for this group.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×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−1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−i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−1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−i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Write down:  i) the identity element    ii) the inverse of i    iii) the inverse of −1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When a group’s elements are displayed in a Cayley table, then:</w:t>
      </w: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keepNext/>
        <w:ind w:left="357"/>
        <w:jc w:val="both"/>
      </w:pPr>
      <w:r>
        <w:t>•</w:t>
      </w: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 w:val="0"/>
        <w:jc w:val="both"/>
      </w:pPr>
      <w:r>
        <w:t>Multiplication modulo n, ×ₙ:</w:t>
      </w:r>
    </w:p>
    <w:p>
      <w:pPr>
        <w:jc w:val="both"/>
      </w:pPr>
    </w:p>
    <w:p>
      <w:pPr>
        <w:keepNext w:val="0"/>
        <w:jc w:val="both"/>
      </w:pPr>
      <w:r>
        <w:t>Addition modulo n, +ₙ:</w:t>
      </w:r>
    </w:p>
    <w:p>
      <w:pPr>
        <w:jc w:val="both"/>
      </w:pPr>
    </w:p>
    <w:p>
      <w:pPr>
        <w:keepNext/>
        <w:ind w:left="357"/>
        <w:jc w:val="both"/>
      </w:pPr>
      <w:r>
        <w:t>The Cayley tables below show the set {0, 1, 2, 3, 4} under addition and multiplication modulo 5.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510"/>
        <w:gridCol w:w="510"/>
        <w:gridCol w:w="510"/>
        <w:gridCol w:w="510"/>
        <w:gridCol w:w="510"/>
      </w:tblGrid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+₅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510"/>
        <w:gridCol w:w="510"/>
        <w:gridCol w:w="510"/>
        <w:gridCol w:w="510"/>
        <w:gridCol w:w="510"/>
      </w:tblGrid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×₅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</w:tr>
      <w:tr>
        <w:trPr>
          <w:trHeight w:val="369"/>
          <w:cantSplit/>
        </w:trPr>
        <w:tc>
          <w:tcPr>
            <w:tcW w:type="dxa" w:w="510"/>
          </w:tcPr>
          <w:p>
            <w:pPr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0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510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</w:tr>
    </w:tbl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set S = {0, 1, 2, 3, 4}. Use the Cayley tables above to determine whether S forms a group under:</w:t>
      </w:r>
    </w:p>
    <w:p>
      <w:pPr>
        <w:keepNext w:val="0"/>
        <w:ind w:left="720" w:hanging="357"/>
        <w:jc w:val="both"/>
      </w:pPr>
      <w:r>
        <w:t>a)</w:t>
        <w:tab/>
        <w:t>addition modulo 5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multiplication modulo 5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S = {1, 3, 7, 9}. Determine whether each of the following are groups. You may assume that the associative law holds in each case.</w:t>
      </w:r>
    </w:p>
    <w:p>
      <w:pPr>
        <w:keepNext/>
        <w:ind w:left="720" w:hanging="357"/>
        <w:jc w:val="both"/>
      </w:pPr>
      <w:r>
        <w:t>a)</w:t>
        <w:tab/>
        <w:t>(S, ×₁₀)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×₁₀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9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9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(S, ×₁₂)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Permutation:</w:t>
      </w: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420000" cy="439150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p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4391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both"/>
      </w:pPr>
      <w:r>
        <w:t>Composition: p ∘ q means</w:t>
      </w: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For the set of permutations of 3 cups, {e, p, q, r, s, t} as defined above, find:</w:t>
      </w:r>
    </w:p>
    <w:p>
      <w:pPr>
        <w:keepNext w:val="0"/>
        <w:ind w:left="720" w:hanging="357"/>
        <w:jc w:val="both"/>
      </w:pPr>
      <w:r>
        <w:t>a)</w:t>
        <w:tab/>
        <w:t>q ∘ p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r ∘ r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The symmetric group on n elements, Sₙ: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Two-row notation. The six permutations of 3 cups are: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8038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ps2ro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803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jc w:val="both"/>
      </w:pPr>
      <w:r>
        <w:t>Composition and inverses in two-row notation. Find α ∘ β, β ∘ α and α⁻¹ for: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000" cy="30249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phabet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02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5.</w:t>
        <w:tab/>
        <w:t>Show that the permutations below form a group under composition. You may assume the associativity axiom is satisfied.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3190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4perm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190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∘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q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q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Groups of symmetries. The symmetries of an equilateral triangle are: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420895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42089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 w:hanging="357"/>
        <w:jc w:val="both"/>
      </w:pPr>
      <w:r>
        <w:t>6.</w:t>
        <w:tab/>
        <w:t>Show that G = {I, R, S, L, M, N} forms a group under composition of transformations. You may assume that the associative law holds.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∘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L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I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L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N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Dihedral group D₂ₙ: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7.</w:t>
        <w:tab/>
        <w:t>Show that the symmetries of a rectangle form a group under composition of transformations. You may assume that the associativity axiom holds.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44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ctangl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Cyclic group: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Generator:</w:t>
      </w:r>
    </w:p>
    <w:p>
      <w:pPr>
        <w:jc w:val="both"/>
      </w:pPr>
    </w:p>
    <w:p>
      <w:pPr>
        <w:keepNext w:val="0"/>
        <w:ind w:left="357" w:hanging="357"/>
        <w:jc w:val="both"/>
      </w:pPr>
      <w:r>
        <w:t>8.</w:t>
        <w:tab/>
        <w:t>The set S = {0, 1, 2, 3, 4, 5, 6, 7} is a group under addition modulo 8. Show that 3 is a generator of this group and write each element in terms of this generator.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9.</w:t>
        <w:tab/>
        <w:t>The set {1, 3, 5, 7} forms a group under multiplication modulo 8. Show that this group is not cyclic.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