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2A The Axioms for a Group</w:t>
      </w:r>
    </w:p>
    <w:p>
      <w:pPr>
        <w:keepNext w:val="0"/>
        <w:jc w:val="both"/>
      </w:pPr>
      <w:r>
        <w:t>Binary operation: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 set S is closed under a binary operation ∗ if:</w:t>
      </w:r>
    </w:p>
    <w:p>
      <w:pPr>
        <w:jc w:val="both"/>
      </w:pPr>
    </w:p>
    <w:p>
      <w:pPr>
        <w:keepNext w:val="0"/>
        <w:ind w:left="357" w:hanging="357"/>
        <w:jc w:val="both"/>
      </w:pPr>
      <w:r>
        <w:t>1.</w:t>
        <w:tab/>
        <w:t>S = {x + y√3 : x, y ∈ ℤ}. Show that addition is a binary operation on 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2.</w:t>
        <w:tab/>
        <w:t>Show that the set of natural numbers, ℕ = {1, 2, 3, 4, ...}, is not closed under subtraction.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Identity element of a set S under a binary operation ∗:</w:t>
      </w: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3.</w:t>
        <w:tab/>
        <w:t>Prove that an identity element of a set S under a binary operation must be unique.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Inverse elements (a and b are inverses of each other if...):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The binary operation ∗ on the set of real numbers is defined as a ∗ b = a + b + ab.</w:t>
      </w:r>
    </w:p>
    <w:p>
      <w:pPr>
        <w:keepNext w:val="0"/>
        <w:ind w:left="720" w:hanging="357"/>
        <w:jc w:val="both"/>
      </w:pPr>
      <w:r>
        <w:t>a)</w:t>
        <w:tab/>
        <w:t>Find a real number e that satisfies the property a ∗ e = a.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The real number m has inverse m⁻¹ that satisfies the property m ∗ m⁻¹ = e.</w:t>
      </w:r>
    </w:p>
    <w:p>
      <w:pPr>
        <w:keepNext w:val="0"/>
        <w:ind w:left="720" w:hanging="357"/>
        <w:jc w:val="both"/>
      </w:pPr>
      <w:r>
        <w:t>b)</w:t>
        <w:tab/>
        <w:t>Express m⁻¹ in terms of m.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 binary operation ∗ on a set S is associative if:</w:t>
      </w:r>
    </w:p>
    <w:p>
      <w:pPr>
        <w:jc w:val="both"/>
      </w:pPr>
    </w:p>
    <w:p>
      <w:pPr>
        <w:keepNext w:val="0"/>
        <w:ind w:left="357" w:hanging="357"/>
        <w:jc w:val="both"/>
      </w:pPr>
      <w:r>
        <w:t>5.</w:t>
        <w:tab/>
        <w:t>A binary operation on ℝ is defined by a ∘ b = ab + 1. Show that ∘ is not associative.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If G is a set and ∗ is a binary operation defined on G, then (G, ∗) is a group if these four axioms hold:</w:t>
      </w:r>
    </w:p>
    <w:p>
      <w:pPr>
        <w:keepNext/>
        <w:ind w:left="357"/>
        <w:jc w:val="both"/>
      </w:pPr>
      <w:r>
        <w:t>•  Closure:</w:t>
      </w:r>
    </w:p>
    <w:p>
      <w:pPr>
        <w:jc w:val="both"/>
      </w:pPr>
    </w:p>
    <w:p>
      <w:pPr>
        <w:keepNext/>
        <w:ind w:left="357"/>
        <w:jc w:val="both"/>
      </w:pPr>
      <w:r>
        <w:t>•  Identity:</w:t>
      </w:r>
    </w:p>
    <w:p>
      <w:pPr>
        <w:jc w:val="both"/>
      </w:pPr>
    </w:p>
    <w:p>
      <w:pPr>
        <w:keepNext/>
        <w:ind w:left="357"/>
        <w:jc w:val="both"/>
      </w:pPr>
      <w:r>
        <w:t>•  Inverses:</w:t>
      </w:r>
    </w:p>
    <w:p>
      <w:pPr>
        <w:jc w:val="both"/>
      </w:pPr>
    </w:p>
    <w:p>
      <w:pPr>
        <w:keepNext/>
        <w:ind w:left="357"/>
        <w:jc w:val="both"/>
      </w:pPr>
      <w:r>
        <w:t>•  Associativity: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6.</w:t>
        <w:tab/>
        <w:t>Show that:</w:t>
      </w:r>
    </w:p>
    <w:p>
      <w:pPr>
        <w:keepNext w:val="0"/>
        <w:ind w:left="720" w:hanging="357"/>
        <w:jc w:val="both"/>
      </w:pPr>
      <w:r>
        <w:t>a)</w:t>
        <w:tab/>
        <w:t>the set of integers forms a group under addition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the set of integers does not form a group under multiplication.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7.</w:t>
        <w:tab/>
        <w:t>The operation ∗ is defined by a ∗ b = a + b − 1, where a and b are real numbers. Determine whether the set of real numbers under the operation ∗ forms a group.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8.</w:t>
        <w:tab/>
        <w:t>Prove that, for all elements a, b in a group (G, ∗), there exists a unique element c such that a ∗ c = b.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latin square property:</w:t>
      </w: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