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1G Combinatorics</w:t>
      </w:r>
    </w:p>
    <w:p>
      <w:pPr>
        <w:keepNext/>
        <w:jc w:val="both"/>
      </w:pPr>
      <w:r>
        <w:t>The product rule of counting: if you can choose one item in m different ways, and a second item in n different ways, then: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you need to choose k items, and the kth item can be chosen in n</w:t>
      </w:r>
      <w:r>
        <w:rPr>
          <w:vertAlign w:val="subscript"/>
        </w:rPr>
        <w:t>k</w:t>
      </w:r>
      <w:r>
        <w:t xml:space="preserve"> different ways, then: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number plate consists of two letters, followed by two digits, followed by three more letters. The letters can be chosen from the entire alphabet except the letters I, O, Q or Z, and the digits can be chosen from 0 up to 9.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5798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5798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total number of different number plates that can be generated in this way.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All number plates registered in one particular region must start with the letter combinations CW or CX.</w:t>
      </w:r>
    </w:p>
    <w:p>
      <w:pPr>
        <w:keepNext/>
        <w:ind w:left="720" w:hanging="357"/>
        <w:jc w:val="both"/>
      </w:pPr>
      <w:r>
        <w:t>b)</w:t>
        <w:tab/>
        <w:t>Find the total number of different number plates that can be generated in this way.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Find the total number of 3-digit even numbers.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Find the total number of positive integers less than 1000 that contain the digit 5</w:t>
      </w:r>
    </w:p>
    <w:p>
      <w:pPr>
        <w:keepNext/>
        <w:ind w:left="720" w:hanging="357"/>
        <w:jc w:val="both"/>
      </w:pPr>
      <w:r>
        <w:t>a)</w:t>
        <w:tab/>
        <w:t>exactly once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at least once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 set S contains n elements, then the total number of possible subsets of S is: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set S = {1, 2, 3, 4, 5, 6}. Find the total number of possible subsets of 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group of 10 students are being selected to clean up a local park. Given that at least one student must be selected, how many different groups of students could be selected to clean up the park?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different ways of placing n items in order (permutations of n items):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Consider the letters ABCDEF.</w:t>
      </w:r>
    </w:p>
    <w:p>
      <w:pPr>
        <w:keepNext/>
        <w:ind w:left="720" w:hanging="357"/>
        <w:jc w:val="both"/>
      </w:pPr>
      <w:r>
        <w:t>a)</w:t>
        <w:tab/>
        <w:t>Find the number of different strings of length 6 that can be written using these letters exactly once each.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the number of these strings that contain:</w:t>
      </w:r>
    </w:p>
    <w:p>
      <w:pPr>
        <w:keepNext/>
        <w:ind w:left="1077" w:hanging="357"/>
        <w:jc w:val="both"/>
      </w:pPr>
      <w:r>
        <w:t>i)</w:t>
        <w:tab/>
        <w:t>the substring DEF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1077" w:hanging="357"/>
        <w:jc w:val="both"/>
      </w:pPr>
      <w:r>
        <w:t>ii)</w:t>
        <w:tab/>
        <w:t>the letters DEF together in any order.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possible permutations of r items taken from a set of n items, where n ≥ r: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15 runners compete in a cross-country race. Find the number of different ways the top 6 positions can be filled.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permutations of n items, of which r are identical: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permutations of n items, of which r</w:t>
      </w:r>
      <w:r>
        <w:rPr>
          <w:vertAlign w:val="subscript"/>
        </w:rPr>
        <w:t>1</w:t>
      </w:r>
      <w:r>
        <w:t xml:space="preserve"> are identical, r</w:t>
      </w:r>
      <w:r>
        <w:rPr>
          <w:vertAlign w:val="subscript"/>
        </w:rPr>
        <w:t>2</w:t>
      </w:r>
      <w:r>
        <w:t xml:space="preserve"> are identical, and so 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8.</w:t>
        <w:tab/>
        <w:t>Find the number of possible different permutations of the letters in the word WINNINGS.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possible combinations of r items (in any order) taken from a set of n items, where n ≥ r: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9.</w:t>
        <w:tab/>
        <w:t>In a lottery game you choose 6 numbers from a choice of 45 by shading in a grid. 6 numbers are selected at random and if you match all six you win a jackpot prize. Find the probability of winning a jackpot prize.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296000" cy="178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tt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7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10.</w:t>
        <w:tab/>
        <w:t>In poker, a deck of 52 different cards is used. There are 13 cards in each of four suits. A hand is made up of five cards, arranged in any order.</w:t>
      </w:r>
    </w:p>
    <w:p>
      <w:pPr>
        <w:keepNext/>
        <w:ind w:left="720" w:hanging="357"/>
        <w:jc w:val="both"/>
      </w:pPr>
      <w:r>
        <w:t>a)</w:t>
        <w:tab/>
        <w:t>Work out the total number of different hands that are possible.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A flush is a hand containing five cards of the same suit.</w:t>
      </w:r>
    </w:p>
    <w:p>
      <w:pPr>
        <w:keepNext/>
        <w:ind w:left="720" w:hanging="357"/>
        <w:jc w:val="both"/>
      </w:pPr>
      <w:r>
        <w:t>b)</w:t>
        <w:tab/>
        <w:t>Work out the number of hands containing five cards of the same suit.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Four-of-a-kind is a hand containing four cards of the same value, such as four 7s, or four queens.</w:t>
      </w:r>
    </w:p>
    <w:p>
      <w:pPr>
        <w:keepNext/>
        <w:ind w:left="720" w:hanging="357"/>
        <w:jc w:val="both"/>
      </w:pPr>
      <w:r>
        <w:t>c)</w:t>
        <w:tab/>
        <w:t>Work out the number of four-of-a-kind hands.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11.</w:t>
        <w:tab/>
        <w:t>The set S = {1, 2, 3, 4, 5, 6, 7, 8}. Find:</w:t>
      </w:r>
    </w:p>
    <w:p>
      <w:pPr>
        <w:keepNext/>
        <w:ind w:left="720" w:hanging="357"/>
        <w:jc w:val="both"/>
      </w:pPr>
      <w:r>
        <w:t>a)</w:t>
        <w:tab/>
        <w:t>the number of subsets of S containing exactly 4 elements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number of different 4-digit numbers that can be made using the elements of S. (Each element can be used only once.)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