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1F Fermat’s Little Theorem</w:t>
      </w:r>
    </w:p>
    <w:p>
      <w:pPr>
        <w:keepNext/>
        <w:jc w:val="both"/>
      </w:pPr>
      <w:r>
        <w:t>Fermat’s little theorem: if p is a prime number and a is any number not divisible by p, then: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For example:    3</w:t>
      </w:r>
      <w:r>
        <w:rPr>
          <w:vertAlign w:val="superscript"/>
        </w:rPr>
        <w:t>22</w:t>
      </w:r>
      <w:r>
        <w:t xml:space="preserve"> ≡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(mod 23)          500</w:t>
      </w:r>
      <w:r>
        <w:rPr>
          <w:vertAlign w:val="superscript"/>
        </w:rPr>
        <w:t>101</w:t>
      </w:r>
      <w:r>
        <w:t xml:space="preserve"> ≡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≡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(mod 101)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Find the least residue of 3</w:t>
      </w:r>
      <w:r>
        <w:rPr>
          <w:vertAlign w:val="superscript"/>
        </w:rPr>
        <w:t>202</w:t>
      </w:r>
      <w:r>
        <w:t xml:space="preserve"> modulo 11.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 and b are positive integers and p is a prime number with p ∤ a, then:</w:t>
      </w:r>
    </w:p>
    <w:p>
      <w:pPr>
        <w:keepNext/>
        <w:ind w:left="357"/>
        <w:jc w:val="both"/>
      </w:pPr>
      <w:r>
        <w:t>•  the multiplicative inverse of a modulo p is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the solution to the equation ax ≡ b (mod p) is</w:t>
      </w:r>
    </w:p>
    <w:p>
      <w:pPr>
        <w:keepNext w:val="0"/>
        <w:jc w:val="both"/>
      </w:pPr>
    </w:p>
    <w:p>
      <w:pPr>
        <w:keepNext/>
        <w:jc w:val="both"/>
      </w:pPr>
      <w:r>
        <w:t>Why: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Find the solution to the linear congruence 7x ≡ 10 (mod 11).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Find the remainder when 2</w:t>
      </w:r>
      <w:r>
        <w:rPr>
          <w:vertAlign w:val="superscript"/>
        </w:rPr>
        <w:t>1000</w:t>
      </w:r>
      <w:r>
        <w:t xml:space="preserve"> is divided by 13.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Find the solution to the congruence equation x</w:t>
      </w:r>
      <w:r>
        <w:rPr>
          <w:vertAlign w:val="superscript"/>
        </w:rPr>
        <w:t>103</w:t>
      </w:r>
      <w:r>
        <w:t xml:space="preserve"> ≡ 4 (mod 11).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