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1E Solving Congruence Equations</w:t>
      </w:r>
    </w:p>
    <w:p>
      <w:pPr>
        <w:keepNext/>
        <w:jc w:val="both"/>
      </w:pPr>
      <w:r>
        <w:t>The set of least residues modulo n is:</w:t>
      </w:r>
    </w:p>
    <w:p>
      <w:pPr>
        <w:keepNext w:val="0"/>
        <w:jc w:val="both"/>
      </w:pPr>
    </w:p>
    <w:p>
      <w:pPr>
        <w:keepNext/>
        <w:jc w:val="both"/>
      </w:pPr>
      <w:r>
        <w:t>Solving a congruence equation means: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1.</w:t>
        <w:tab/>
        <w:t>Solve the equation x ≡ 86 (mod 7).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2.</w:t>
        <w:tab/>
        <w:t>Solve the equation x + 15 ≡ 3 (mod 10).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Let a, b, m ∈ ℤ, with m &gt; 0 and gcd(a, m) = d. For the equation ax ≡ b (mod m):</w:t>
      </w:r>
    </w:p>
    <w:p>
      <w:pPr>
        <w:keepNext/>
        <w:ind w:left="357"/>
        <w:jc w:val="both"/>
      </w:pPr>
      <w:r>
        <w:t>•  If d ∤ b:</w:t>
      </w:r>
    </w:p>
    <w:p>
      <w:pPr>
        <w:keepNext/>
        <w:jc w:val="both"/>
      </w:pPr>
    </w:p>
    <w:p>
      <w:pPr>
        <w:keepNext/>
        <w:ind w:left="357"/>
        <w:jc w:val="both"/>
      </w:pPr>
      <w:r>
        <w:t>•  If d | b: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3.</w:t>
        <w:tab/>
        <w:t>Explain why the equation 14x ≡ 7 (mod 22) has no solutions.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Cancelling. If ka ≡ kb (mod m) and gcd(k, m) = 1, then:</w:t>
      </w:r>
    </w:p>
    <w:p>
      <w:pPr>
        <w:keepNext w:val="0"/>
        <w:jc w:val="both"/>
      </w:pPr>
    </w:p>
    <w:p>
      <w:pPr>
        <w:keepNext/>
        <w:jc w:val="both"/>
      </w:pPr>
      <w:r>
        <w:t>If ka ≡ kb (mod m) and gcd(k, m) = d, then:</w:t>
      </w: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4.</w:t>
        <w:tab/>
        <w:t>Solve the equation 2n ≡ 26 (mod 14).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5.</w:t>
        <w:tab/>
        <w:t>Solve the equation 42y ≡ 168 (mod 35).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A multiplicative inverse of a modulo m is: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It exists if and only if:</w:t>
      </w:r>
    </w:p>
    <w:p>
      <w:pPr>
        <w:keepNext w:val="0"/>
        <w:jc w:val="both"/>
      </w:pPr>
    </w:p>
    <w:p>
      <w:pPr>
        <w:keepNext/>
        <w:jc w:val="both"/>
      </w:pPr>
      <w:r>
        <w:t>Finding a multiplicative inverse using Bezout’s identity: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6.</w:t>
        <w:tab/>
      </w:r>
    </w:p>
    <w:p>
      <w:pPr>
        <w:keepNext/>
        <w:ind w:left="720" w:hanging="357"/>
        <w:jc w:val="both"/>
      </w:pPr>
      <w:r>
        <w:t>a)</w:t>
        <w:tab/>
        <w:t>Find a multiplicative inverse of 10 modulo 63.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720" w:hanging="357"/>
        <w:jc w:val="both"/>
      </w:pPr>
      <w:r>
        <w:t>b)</w:t>
        <w:tab/>
        <w:t>Hence solve the equation 10x ≡ 4 (mod 63).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7.</w:t>
        <w:tab/>
        <w:t>Solve 75x ≡ 12 (mod 237).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/>
        <w:jc w:val="both"/>
      </w:pPr>
      <w:r>
        <w:t>Method 1 (back substitution, then multiply by b ÷ gcd(a, m)):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/>
        <w:jc w:val="both"/>
      </w:pPr>
      <w:r>
        <w:t>Method 2 (divide everything, including the modulus, by gcd(a, m)):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