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1D Divisibility Tests</w:t>
      </w:r>
    </w:p>
    <w:p>
      <w:pPr>
        <w:keepNext/>
        <w:jc w:val="both"/>
      </w:pPr>
      <w:r>
        <w:t>An integer is divisible by:</w:t>
      </w:r>
    </w:p>
    <w:p>
      <w:pPr>
        <w:keepNext/>
        <w:ind w:left="357"/>
        <w:jc w:val="both"/>
      </w:pPr>
      <w:r>
        <w:t>•  2 if and only if</w:t>
      </w:r>
    </w:p>
    <w:p>
      <w:pPr>
        <w:keepNext/>
        <w:jc w:val="both"/>
      </w:pPr>
    </w:p>
    <w:p>
      <w:pPr>
        <w:keepNext/>
        <w:ind w:left="357"/>
        <w:jc w:val="both"/>
      </w:pPr>
      <w:r>
        <w:t>•  5 if and only if</w:t>
      </w:r>
    </w:p>
    <w:p>
      <w:pPr>
        <w:keepNext/>
        <w:jc w:val="both"/>
      </w:pPr>
    </w:p>
    <w:p>
      <w:pPr>
        <w:keepNext/>
        <w:ind w:left="357"/>
        <w:jc w:val="both"/>
      </w:pPr>
      <w:r>
        <w:t>•  10 if and only if</w:t>
      </w:r>
    </w:p>
    <w:p>
      <w:pPr>
        <w:keepNext w:val="0"/>
        <w:jc w:val="both"/>
      </w:pPr>
    </w:p>
    <w:p>
      <w:pPr>
        <w:keepNext/>
        <w:jc w:val="both"/>
      </w:pPr>
      <w:r>
        <w:t>A number N with decimal digits a</w:t>
      </w:r>
      <w:r>
        <w:rPr>
          <w:vertAlign w:val="subscript"/>
        </w:rPr>
        <w:t>n</w:t>
      </w:r>
      <w:r>
        <w:t xml:space="preserve"> a</w:t>
      </w:r>
      <w:r>
        <w:rPr>
          <w:vertAlign w:val="subscript"/>
        </w:rPr>
        <w:t>n−1</w:t>
      </w:r>
      <w:r>
        <w:t xml:space="preserve"> a</w:t>
      </w:r>
      <w:r>
        <w:rPr>
          <w:vertAlign w:val="subscript"/>
        </w:rPr>
        <w:t>n−2</w:t>
      </w:r>
      <w:r>
        <w:t xml:space="preserve"> … a</w:t>
      </w:r>
      <w:r>
        <w:rPr>
          <w:vertAlign w:val="subscript"/>
        </w:rPr>
        <w:t>1</w:t>
      </w:r>
      <w:r>
        <w:t xml:space="preserve"> a</w:t>
      </w:r>
      <w:r>
        <w:rPr>
          <w:vertAlign w:val="subscript"/>
        </w:rPr>
        <w:t>0</w:t>
      </w:r>
      <w:r>
        <w:t xml:space="preserve"> can be written as: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1.</w:t>
        <w:tab/>
        <w:t>Prove that a positive integer N is divisible by 10 if and only if its last digit is 0.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An integer is divisible by:</w:t>
      </w:r>
    </w:p>
    <w:p>
      <w:pPr>
        <w:keepNext/>
        <w:ind w:left="357"/>
        <w:jc w:val="both"/>
      </w:pPr>
      <w:r>
        <w:t>•  3 if and only if</w:t>
      </w:r>
    </w:p>
    <w:p>
      <w:pPr>
        <w:keepNext/>
        <w:jc w:val="both"/>
      </w:pPr>
    </w:p>
    <w:p>
      <w:pPr>
        <w:keepNext/>
        <w:ind w:left="357"/>
        <w:jc w:val="both"/>
      </w:pPr>
      <w:r>
        <w:t>•  4 if and only if</w:t>
      </w:r>
    </w:p>
    <w:p>
      <w:pPr>
        <w:keepNext/>
        <w:jc w:val="both"/>
      </w:pPr>
    </w:p>
    <w:p>
      <w:pPr>
        <w:keepNext/>
        <w:ind w:left="357"/>
        <w:jc w:val="both"/>
      </w:pPr>
      <w:r>
        <w:t>•  6 if and only if</w:t>
      </w:r>
    </w:p>
    <w:p>
      <w:pPr>
        <w:keepNext/>
        <w:jc w:val="both"/>
      </w:pPr>
    </w:p>
    <w:p>
      <w:pPr>
        <w:keepNext/>
        <w:ind w:left="357"/>
        <w:jc w:val="both"/>
      </w:pPr>
      <w:r>
        <w:t>•  9 if and only if</w:t>
      </w:r>
    </w:p>
    <w:p>
      <w:pPr>
        <w:keepNext/>
        <w:jc w:val="both"/>
      </w:pPr>
    </w:p>
    <w:p>
      <w:pPr>
        <w:keepNext/>
        <w:ind w:left="357"/>
        <w:jc w:val="both"/>
      </w:pPr>
      <w:r>
        <w:t>•  11 if and only if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2.</w:t>
        <w:tab/>
        <w:t>N is a 3-digit number abc, so that N = 100a + 10b + c, where a, b, c ∈ {0, 1, 2, 3, 4, 5, 6, 7, 8, 9} and a ≠ 0. Prove that 11 | N if and only if 11 | (a − b + c).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3.</w:t>
        <w:tab/>
        <w:t>Use the divisibility rules to determine whether:</w:t>
      </w:r>
    </w:p>
    <w:p>
      <w:pPr>
        <w:keepNext/>
        <w:ind w:left="720" w:hanging="357"/>
        <w:jc w:val="both"/>
      </w:pPr>
      <w:r>
        <w:t>a)</w:t>
        <w:tab/>
        <w:t>7146 is divisible by 9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b)</w:t>
        <w:tab/>
        <w:t>5838 is divisible by 6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c)</w:t>
        <w:tab/>
        <w:t>2 261 914 is divisible by 4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d)</w:t>
        <w:tab/>
        <w:t>813 747 is divisible by 11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4.</w:t>
        <w:tab/>
        <w:t>N is a 3-digit number abc, so that N = 100a + 10b + c, where a, b and c are integers between 0 and 9, with a ≠ 0. N has the following properties:</w:t>
      </w:r>
    </w:p>
    <w:p>
      <w:pPr>
        <w:keepNext/>
        <w:ind w:left="357"/>
        <w:jc w:val="both"/>
      </w:pPr>
      <w:r>
        <w:t>•  N is divisible by 9</w:t>
      </w:r>
    </w:p>
    <w:p>
      <w:pPr>
        <w:keepNext/>
        <w:ind w:left="357"/>
        <w:jc w:val="both"/>
      </w:pPr>
      <w:r>
        <w:t>•  The sum of the digits of N is even</w:t>
      </w:r>
    </w:p>
    <w:p>
      <w:pPr>
        <w:keepNext/>
        <w:ind w:left="357"/>
        <w:jc w:val="both"/>
      </w:pPr>
      <w:r>
        <w:t>•  N ≡ 3 (mod 11)</w:t>
      </w:r>
    </w:p>
    <w:p>
      <w:pPr>
        <w:keepNext/>
        <w:ind w:left="357"/>
        <w:jc w:val="both"/>
      </w:pPr>
      <w:r>
        <w:t>Find all possible values for N, showing your working clearly.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