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1C Modular Arithmetic</w:t>
      </w:r>
    </w:p>
    <w:p>
      <w:pPr>
        <w:keepNext/>
        <w:jc w:val="both"/>
      </w:pPr>
      <w:r>
        <w:t>Let m be a positive integer. If a and b are integers, then a is congruent to b modulo m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Notation:</w:t>
      </w:r>
    </w:p>
    <w:p>
      <w:pPr>
        <w:keepNext w:val="0"/>
        <w:jc w:val="both"/>
      </w:pPr>
    </w:p>
    <w:p>
      <w:pPr>
        <w:keepNext/>
        <w:jc w:val="both"/>
      </w:pPr>
      <w:r>
        <w:t>a ≡ b (mod m) if and only if a and b leave the same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Decide whether the following statements are true or false.</w:t>
      </w:r>
    </w:p>
    <w:p>
      <w:pPr>
        <w:keepNext/>
        <w:ind w:left="357"/>
        <w:jc w:val="both"/>
      </w:pPr>
      <w:r>
        <w:t>a)  24 ≡ 9 (mod 5)          b)  5 ≡ −11 (mod 8)          c)  4 ≡ 17 (mod 2)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a, b ∈ ℤ, then a ≡ b (mod m) if and only if there exists an integer k such that: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Given that n ≡ 10 (mod 3), write down:</w:t>
      </w:r>
    </w:p>
    <w:p>
      <w:pPr>
        <w:keepNext/>
        <w:ind w:left="720" w:hanging="357"/>
        <w:jc w:val="both"/>
      </w:pPr>
      <w:r>
        <w:t>a)</w:t>
        <w:tab/>
        <w:t>three different possible values of n</w:t>
      </w: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greatest negative value of n</w:t>
      </w: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value of n contained in the set {0, 1, 2}</w:t>
      </w:r>
    </w:p>
    <w:p>
      <w:pPr>
        <w:keepNext w:val="0"/>
        <w:jc w:val="both"/>
      </w:pPr>
    </w:p>
    <w:p>
      <w:pPr>
        <w:keepNext/>
        <w:jc w:val="both"/>
      </w:pPr>
      <w:r>
        <w:t>Properties of congruences:</w:t>
      </w:r>
    </w:p>
    <w:p>
      <w:pPr>
        <w:keepNext/>
        <w:ind w:left="357"/>
        <w:jc w:val="both"/>
      </w:pPr>
      <w:r>
        <w:t>•  a ≡ 0 (mod m)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≡ a (mod m)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≡ b (mod m), then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≡ b (mod m) and b ≡ c (mod m), then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Given that a ≡ b (mod m) and b ≡ c (mod m), prove that a ≡ c (mod m).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Rules of arithmetic. If a ≡ b (mod m) and c ≡ d (mod m), then:</w:t>
      </w:r>
    </w:p>
    <w:p>
      <w:pPr>
        <w:keepNext/>
        <w:ind w:left="357"/>
        <w:jc w:val="both"/>
      </w:pPr>
      <w:r>
        <w:t>•  a ± c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ac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ka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</w:t>
      </w:r>
      <w:r>
        <w:rPr>
          <w:vertAlign w:val="superscript"/>
        </w:rPr>
        <w:t>n</w:t>
      </w:r>
      <w:r>
        <w:t xml:space="preserve"> ≡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Show that 23</w:t>
      </w:r>
      <w:r>
        <w:rPr>
          <w:vertAlign w:val="superscript"/>
        </w:rPr>
        <w:t>753</w:t>
      </w:r>
      <w:r>
        <w:t xml:space="preserve"> ≡ 1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Find the remainder when 343</w:t>
      </w:r>
      <w:r>
        <w:rPr>
          <w:vertAlign w:val="superscript"/>
        </w:rPr>
        <w:t>5</w:t>
      </w:r>
      <w:r>
        <w:t xml:space="preserve"> is divided by 11.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Work out the final digit in the number 513</w:t>
      </w:r>
      <w:r>
        <w:rPr>
          <w:vertAlign w:val="superscript"/>
        </w:rPr>
        <w:t>50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Find the remainder when 19</w:t>
      </w:r>
      <w:r>
        <w:rPr>
          <w:vertAlign w:val="superscript"/>
        </w:rPr>
        <w:t>273</w:t>
      </w:r>
      <w:r>
        <w:t xml:space="preserve"> is divided by 12.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8.</w:t>
        <w:tab/>
        <w:t>Find the remainder when 1! + 2! + … + 100! is divided by 15.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