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1A The Division Algorithm</w:t>
      </w:r>
    </w:p>
    <w:p>
      <w:pPr>
        <w:keepNext/>
        <w:jc w:val="both"/>
      </w:pPr>
      <w:r>
        <w:t>If a and b are integers with a ≠ 0, then b is divisible by a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In this case we say that a divides b and write:</w:t>
      </w:r>
    </w:p>
    <w:p>
      <w:pPr>
        <w:keepNext w:val="0"/>
        <w:jc w:val="both"/>
      </w:pPr>
    </w:p>
    <w:p>
      <w:pPr>
        <w:keepNext/>
        <w:jc w:val="both"/>
      </w:pPr>
      <w:r>
        <w:t>If a does not divide b we write: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Given that a | b, show that −a | b.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For each pair of integers below, determine whether the first integer divides the second.</w:t>
      </w:r>
    </w:p>
    <w:p>
      <w:pPr>
        <w:keepNext/>
        <w:ind w:left="357"/>
        <w:jc w:val="both"/>
      </w:pPr>
      <w:r>
        <w:t>a)  11, 143          b)  −4, 28          c)  15, 47          d)  3, 2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Find all the divisors of:</w:t>
      </w:r>
    </w:p>
    <w:p>
      <w:pPr>
        <w:keepNext/>
        <w:ind w:left="357"/>
        <w:jc w:val="both"/>
      </w:pPr>
      <w:r>
        <w:t>a)  8                  b)  11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Properties of divisibility. For any a, b, c ∈ ℤ, with a ≠ 0:</w:t>
      </w:r>
    </w:p>
    <w:p>
      <w:pPr>
        <w:keepNext/>
        <w:ind w:left="357"/>
        <w:jc w:val="both"/>
      </w:pPr>
      <w:r>
        <w:t>•  a | a   and   a | 0  mean: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| b and b | c  ⇒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| b and a | c  ⇒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| b  ⇔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If a and b are positive integers and a | b then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Given a, b, c ∈ ℤ, prove that if a | b and a | c then a | bn + cm for all m, n ∈ ℤ.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Linear combination of b and c: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division algorithm: if a and b are integers such that b &gt; 0, then there exist unique integers q and r such that: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 xml:space="preserve">q is called the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and r the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;  a is the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and b the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.</w:t>
      </w:r>
    </w:p>
    <w:p>
      <w:pPr>
        <w:keepNext w:val="0"/>
        <w:jc w:val="both"/>
      </w:pPr>
    </w:p>
    <w:p>
      <w:pPr>
        <w:keepNext/>
        <w:jc w:val="both"/>
      </w:pPr>
      <w:r>
        <w:t>Steps to find q and r: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Use the division algorithm to find integers q and r such that:</w:t>
      </w:r>
    </w:p>
    <w:p>
      <w:pPr>
        <w:keepNext/>
        <w:ind w:left="720" w:hanging="357"/>
        <w:jc w:val="both"/>
      </w:pPr>
      <w:r>
        <w:t>a)</w:t>
        <w:tab/>
        <w:t>94 = 13q + r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−232 = 11q + r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Use the division algorithm to prove that, for all integers n, n</w:t>
      </w:r>
      <w:r>
        <w:rPr>
          <w:vertAlign w:val="superscript"/>
        </w:rPr>
        <w:t>2</w:t>
      </w:r>
      <w:r>
        <w:t xml:space="preserve"> leaves a remainder of 0 or 1 when divided by 4.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