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2"/>
          <w:u w:val="single"/>
        </w:rPr>
        <w:t>4A Acceleration Varying with Time</w:t>
      </w:r>
    </w:p>
    <w:p>
      <w:pPr>
        <w:keepNext/>
        <w:jc w:val="both"/>
      </w:pPr>
      <w:r>
        <w:t>To find the velocity from the displacement, or the acceleration from the velocity, you:</w:t>
      </w:r>
    </w:p>
    <w:p>
      <w:pPr>
        <w:keepNext/>
        <w:jc w:val="both"/>
      </w:pPr>
    </w:p>
    <w:p>
      <w:pPr>
        <w:keepNext w:val="0"/>
        <w:jc w:val="both"/>
      </w:pPr>
    </w:p>
    <w:p>
      <w:pPr>
        <w:keepNext/>
        <w:jc w:val="both"/>
      </w:pPr>
      <w:r>
        <w:t>To find the velocity from the acceleration, or the displacement from the velocity, you:</w:t>
      </w:r>
    </w:p>
    <w:p>
      <w:pPr>
        <w:keepNext/>
        <w:jc w:val="both"/>
      </w:pPr>
    </w:p>
    <w:p>
      <w:pPr>
        <w:keepNext w:val="0"/>
        <w:jc w:val="both"/>
      </w:pPr>
    </w:p>
    <w:p>
      <w:pPr>
        <w:keepNext/>
        <w:jc w:val="both"/>
      </w:pPr>
      <w:r>
        <w:t>Watch out when you integrate:</w:t>
      </w:r>
    </w:p>
    <w:p>
      <w:pPr>
        <w:keepNext/>
        <w:jc w:val="both"/>
      </w:pPr>
    </w:p>
    <w:p>
      <w:pPr>
        <w:keepNext w:val="0"/>
        <w:jc w:val="both"/>
      </w:pPr>
    </w:p>
    <w:p>
      <w:pPr>
        <w:keepNext/>
        <w:ind w:left="357" w:hanging="357"/>
        <w:jc w:val="both"/>
      </w:pPr>
      <w:r>
        <w:t>1.</w:t>
        <w:tab/>
        <w:t>A particle P starts from rest at a point O and moves along a straight line. At time t seconds the acceleration, a m s</w:t>
      </w:r>
      <w:r>
        <w:rPr>
          <w:vertAlign w:val="superscript"/>
        </w:rPr>
        <w:t>−2</w:t>
      </w:r>
      <w:r>
        <w:t>, of P is given by</w:t>
      </w:r>
    </w:p>
    <w:p>
      <w:pPr>
        <w:keepNext/>
        <w:spacing w:before="40" w:after="40"/>
        <w:ind w:left="720"/>
        <w:jc w:val="left"/>
      </w:pPr>
      <w:r>
        <w:drawing>
          <wp:inline xmlns:a="http://schemas.openxmlformats.org/drawingml/2006/main" xmlns:pic="http://schemas.openxmlformats.org/drawingml/2006/picture">
            <wp:extent cx="1575816" cy="41148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4502713ef646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575816" cy="4114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  <w:ind w:left="720" w:hanging="357"/>
        <w:jc w:val="both"/>
      </w:pPr>
      <w:r>
        <w:t>a)</w:t>
        <w:tab/>
        <w:t>Find the velocity of P at time t seconds.</w:t>
      </w: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 w:val="0"/>
        <w:jc w:val="both"/>
      </w:pPr>
    </w:p>
    <w:p>
      <w:pPr>
        <w:keepNext/>
        <w:ind w:left="720" w:hanging="357"/>
        <w:jc w:val="both"/>
      </w:pPr>
      <w:r>
        <w:t>b)</w:t>
        <w:tab/>
        <w:t>Show that the displacement of P from O when t = 6 is (18 − 12 ln 2) m.</w:t>
      </w: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 w:val="0"/>
        <w:jc w:val="both"/>
      </w:pPr>
    </w:p>
    <w:p>
      <w:pPr>
        <w:keepNext/>
        <w:ind w:left="357" w:hanging="357"/>
        <w:jc w:val="both"/>
      </w:pPr>
      <w:r>
        <w:t>2.</w:t>
        <w:tab/>
        <w:t>A particle P is moving along the x-axis. At time t = 0, the particle is at the origin O and is moving with speed 2 m s</w:t>
      </w:r>
      <w:r>
        <w:rPr>
          <w:vertAlign w:val="superscript"/>
        </w:rPr>
        <w:t>−1</w:t>
      </w:r>
      <w:r>
        <w:t xml:space="preserve"> in the direction Ox. At time t seconds, where t ≥ 0, the acceleration of P is 4e</w:t>
      </w:r>
      <w:r>
        <w:rPr>
          <w:vertAlign w:val="superscript"/>
        </w:rPr>
        <w:t>−0.5t</w:t>
      </w:r>
      <w:r>
        <w:t xml:space="preserve"> m s</w:t>
      </w:r>
      <w:r>
        <w:rPr>
          <w:vertAlign w:val="superscript"/>
        </w:rPr>
        <w:t>−2</w:t>
      </w:r>
      <w:r>
        <w:t xml:space="preserve"> directed away from O.</w:t>
      </w:r>
    </w:p>
    <w:p>
      <w:pPr>
        <w:keepNext/>
        <w:ind w:left="720" w:hanging="357"/>
        <w:jc w:val="both"/>
      </w:pPr>
      <w:r>
        <w:t>a)</w:t>
        <w:tab/>
        <w:t>Find the velocity of P at time t seconds.</w:t>
      </w: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 w:val="0"/>
        <w:jc w:val="both"/>
      </w:pPr>
    </w:p>
    <w:p>
      <w:pPr>
        <w:keepNext/>
        <w:ind w:left="720" w:hanging="357"/>
        <w:jc w:val="both"/>
      </w:pPr>
      <w:r>
        <w:t>b)</w:t>
        <w:tab/>
        <w:t>Show that the speed of P cannot exceed 10 m s</w:t>
      </w:r>
      <w:r>
        <w:rPr>
          <w:vertAlign w:val="superscript"/>
        </w:rPr>
        <w:t>−1</w:t>
      </w:r>
      <w:r>
        <w:t>.</w:t>
      </w: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 w:val="0"/>
        <w:jc w:val="both"/>
      </w:pPr>
    </w:p>
    <w:p>
      <w:pPr>
        <w:keepNext/>
        <w:ind w:left="720" w:hanging="357"/>
        <w:jc w:val="both"/>
      </w:pPr>
      <w:r>
        <w:t>c)</w:t>
        <w:tab/>
        <w:t>Sketch a velocity–time graph to illustrate the motion of P.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2340000" cy="1251628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xes_vt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340000" cy="125162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  <w:jc w:val="both"/>
      </w:pPr>
      <w:r>
        <w:t>Terminal (or limiting) velocity:</w:t>
      </w:r>
    </w:p>
    <w:p>
      <w:pPr>
        <w:keepNext/>
        <w:jc w:val="both"/>
      </w:pPr>
    </w:p>
    <w:p>
      <w:pPr>
        <w:keepNext w:val="0"/>
        <w:jc w:val="both"/>
      </w:pPr>
    </w:p>
    <w:p>
      <w:pPr>
        <w:keepNext/>
        <w:ind w:left="357" w:hanging="357"/>
        <w:jc w:val="both"/>
      </w:pPr>
      <w:r>
        <w:t>3.</w:t>
        <w:tab/>
        <w:t>A particle P is moving along the x-axis. At time t seconds, the velocity of P is v m s</w:t>
      </w:r>
      <w:r>
        <w:rPr>
          <w:vertAlign w:val="superscript"/>
        </w:rPr>
        <w:t>−1</w:t>
      </w:r>
      <w:r>
        <w:t>, where v = 4 sin(2πt). When t = 0, P is at O. Find:</w:t>
      </w:r>
    </w:p>
    <w:p>
      <w:pPr>
        <w:keepNext/>
        <w:ind w:left="720" w:hanging="357"/>
        <w:jc w:val="both"/>
      </w:pPr>
      <w:r>
        <w:t>a)</w:t>
        <w:tab/>
        <w:t>the magnitude of the acceleration of P when t = ⅔</w:t>
      </w: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 w:val="0"/>
        <w:jc w:val="both"/>
      </w:pPr>
    </w:p>
    <w:p>
      <w:pPr>
        <w:keepNext/>
        <w:ind w:left="720" w:hanging="357"/>
        <w:jc w:val="both"/>
      </w:pPr>
      <w:r>
        <w:t>b)</w:t>
        <w:tab/>
        <w:t>the greatest distance from O attained by P during the motion.</w:t>
      </w: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 w:val="0"/>
        <w:jc w:val="both"/>
      </w:pPr>
    </w:p>
    <w:p>
      <w:pPr>
        <w:keepNext/>
        <w:ind w:left="357" w:hanging="357"/>
        <w:jc w:val="both"/>
      </w:pPr>
      <w:r>
        <w:t>4.</w:t>
        <w:tab/>
        <w:t>A particle P is moving along the x-axis. Initially P is at the origin O. At time t seconds (where t ≥ 0) the velocity, v m s</w:t>
      </w:r>
      <w:r>
        <w:rPr>
          <w:vertAlign w:val="superscript"/>
        </w:rPr>
        <w:t>−1</w:t>
      </w:r>
      <w:r>
        <w:t>, of P is given by v = te</w:t>
      </w:r>
      <w:r>
        <w:rPr>
          <w:vertAlign w:val="superscript"/>
        </w:rPr>
        <w:t>−t/4</w:t>
      </w:r>
      <w:r>
        <w:t>. Find the distance of P from O when the acceleration of P is zero.</w:t>
      </w: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 w:val="0"/>
        <w:jc w:val="both"/>
      </w:pPr>
    </w:p>
    <w:p>
      <w:pPr>
        <w:keepNext/>
        <w:ind w:left="357" w:hanging="357"/>
        <w:jc w:val="both"/>
      </w:pPr>
      <w:r>
        <w:t>5.</w:t>
        <w:tab/>
        <w:t>A particle is moving along the x-axis. At time t seconds the velocity of P is v m s</w:t>
      </w:r>
      <w:r>
        <w:rPr>
          <w:vertAlign w:val="superscript"/>
        </w:rPr>
        <w:t>−1</w:t>
      </w:r>
      <w:r>
        <w:t xml:space="preserve"> in the direction of x increasing, where</w:t>
      </w:r>
    </w:p>
    <w:p>
      <w:pPr>
        <w:keepNext/>
        <w:spacing w:before="40" w:after="40"/>
        <w:ind w:left="720"/>
        <w:jc w:val="left"/>
      </w:pPr>
      <w:r>
        <w:drawing>
          <wp:inline xmlns:a="http://schemas.openxmlformats.org/drawingml/2006/main" xmlns:pic="http://schemas.openxmlformats.org/drawingml/2006/picture">
            <wp:extent cx="1746504" cy="588264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109d322e06e9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746504" cy="58826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  <w:ind w:left="357"/>
        <w:jc w:val="both"/>
      </w:pPr>
      <w:r>
        <w:t>When t = 0, P is at the origin O.</w:t>
      </w:r>
    </w:p>
    <w:p>
      <w:pPr>
        <w:keepNext/>
        <w:ind w:left="720" w:hanging="357"/>
        <w:jc w:val="both"/>
      </w:pPr>
      <w:r>
        <w:t>a)</w:t>
        <w:tab/>
        <w:t>Sketch a velocity–time graph to illustrate the motion of P in the interval 0 ≤ t ≤ 5.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2340000" cy="1251628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xes_vt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340000" cy="125162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  <w:ind w:left="720" w:hanging="357"/>
        <w:jc w:val="both"/>
      </w:pPr>
      <w:r>
        <w:t>b)</w:t>
        <w:tab/>
        <w:t>Find the distance of P from O when t = 5.</w:t>
      </w: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 w:val="0"/>
        <w:jc w:val="both"/>
      </w:pPr>
    </w:p>
    <w:p>
      <w:pPr>
        <w:keepNext/>
        <w:jc w:val="both"/>
      </w:pPr>
      <w:r>
        <w:t>Displacement or distance? When a particle changes direction:</w:t>
      </w:r>
    </w:p>
    <w:p>
      <w:pPr>
        <w:keepNext/>
        <w:jc w:val="both"/>
      </w:pPr>
    </w:p>
    <w:p>
      <w:pPr>
        <w:keepNext/>
        <w:jc w:val="both"/>
      </w:pPr>
    </w:p>
    <w:p>
      <w:pPr>
        <w:keepNext w:val="0"/>
        <w:jc w:val="both"/>
      </w:pPr>
    </w:p>
    <w:p>
      <w:pPr>
        <w:keepNext/>
        <w:ind w:left="357" w:hanging="357"/>
        <w:jc w:val="both"/>
      </w:pPr>
      <w:r>
        <w:t>6.</w:t>
        <w:tab/>
        <w:t>A particle P moves on the positive x-axis. The velocity of P at time t seconds is (2t</w:t>
      </w:r>
      <w:r>
        <w:rPr>
          <w:vertAlign w:val="superscript"/>
        </w:rPr>
        <w:t>2</w:t>
      </w:r>
      <w:r>
        <w:t xml:space="preserve"> − 7t + 3) m s</w:t>
      </w:r>
      <w:r>
        <w:rPr>
          <w:vertAlign w:val="superscript"/>
        </w:rPr>
        <w:t>−1</w:t>
      </w:r>
      <w:r>
        <w:t>, t ≥ 0. When t = 0, P is 10 m from the origin O. Find:</w:t>
      </w:r>
    </w:p>
    <w:p>
      <w:pPr>
        <w:keepNext/>
        <w:ind w:left="720" w:hanging="357"/>
        <w:jc w:val="both"/>
      </w:pPr>
      <w:r>
        <w:t>a)</w:t>
        <w:tab/>
        <w:t>the values of t when P is instantaneously at rest</w:t>
      </w: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 w:val="0"/>
        <w:jc w:val="both"/>
      </w:pPr>
    </w:p>
    <w:p>
      <w:pPr>
        <w:keepNext/>
        <w:ind w:left="720" w:hanging="357"/>
        <w:jc w:val="both"/>
      </w:pPr>
      <w:r>
        <w:t>b)</w:t>
        <w:tab/>
        <w:t>the displacement of P when t = 5</w:t>
      </w: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 w:val="0"/>
        <w:jc w:val="both"/>
      </w:pPr>
    </w:p>
    <w:p>
      <w:pPr>
        <w:keepNext/>
        <w:ind w:left="720" w:hanging="357"/>
        <w:jc w:val="both"/>
      </w:pPr>
      <w:r>
        <w:t>c)</w:t>
        <w:tab/>
        <w:t>the total distance travelled by P in the interval 0 ≤ t ≤ 5.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2340000" cy="1251628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xes_vt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340000" cy="125162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 w:val="0"/>
        <w:jc w:val="both"/>
      </w:pPr>
    </w:p>
    <w:p>
      <w:pPr>
        <w:pageBreakBefore/>
        <w:jc w:val="center"/>
      </w:pPr>
      <w:r>
        <w:rPr>
          <w:b/>
          <w:sz w:val="32"/>
          <w:u w:val="single"/>
        </w:rPr>
        <w:t>4B Acceleration Varying with Displacement</w:t>
      </w:r>
    </w:p>
    <w:p>
      <w:pPr>
        <w:keepNext/>
        <w:jc w:val="both"/>
      </w:pPr>
      <w:r>
        <w:t>When the acceleration is a function of the displacement, a = f(x), use:</w:t>
      </w:r>
    </w:p>
    <w:p>
      <w:pPr>
        <w:keepNext/>
        <w:jc w:val="both"/>
      </w:pPr>
    </w:p>
    <w:p>
      <w:pPr>
        <w:keepNext/>
        <w:jc w:val="both"/>
      </w:pPr>
    </w:p>
    <w:p>
      <w:pPr>
        <w:keepNext w:val="0"/>
        <w:jc w:val="both"/>
      </w:pPr>
    </w:p>
    <w:p>
      <w:pPr>
        <w:keepNext/>
        <w:jc w:val="both"/>
      </w:pPr>
      <w:r>
        <w:t>Proof using the chain rule:</w:t>
      </w: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 w:val="0"/>
        <w:jc w:val="both"/>
      </w:pPr>
    </w:p>
    <w:p>
      <w:pPr>
        <w:keepNext/>
        <w:ind w:left="357" w:hanging="357"/>
        <w:jc w:val="both"/>
      </w:pPr>
      <w:r>
        <w:t>1.</w:t>
        <w:tab/>
        <w:t>A particle P is moving on the x-axis in the direction of x increasing. When the displacement of P from the origin O is x m and its speed is v m s</w:t>
      </w:r>
      <w:r>
        <w:rPr>
          <w:vertAlign w:val="superscript"/>
        </w:rPr>
        <w:t>−1</w:t>
      </w:r>
      <w:r>
        <w:t>, the acceleration of P is 2x m s</w:t>
      </w:r>
      <w:r>
        <w:rPr>
          <w:vertAlign w:val="superscript"/>
        </w:rPr>
        <w:t>−2</w:t>
      </w:r>
      <w:r>
        <w:t>. When P is at O, its speed is 6 m s</w:t>
      </w:r>
      <w:r>
        <w:rPr>
          <w:vertAlign w:val="superscript"/>
        </w:rPr>
        <w:t>−1</w:t>
      </w:r>
      <w:r>
        <w:t>. Find v in terms of x.</w:t>
      </w: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 w:val="0"/>
        <w:jc w:val="both"/>
      </w:pPr>
    </w:p>
    <w:p>
      <w:pPr>
        <w:keepNext/>
        <w:ind w:left="357" w:hanging="357"/>
        <w:jc w:val="both"/>
      </w:pPr>
      <w:r>
        <w:t>2.</w:t>
        <w:tab/>
        <w:t>A particle P is moving along a straight line. The acceleration of P, when it has displacement x m from a fixed point O on the line and velocity v m s</w:t>
      </w:r>
      <w:r>
        <w:rPr>
          <w:vertAlign w:val="superscript"/>
        </w:rPr>
        <w:t>−1</w:t>
      </w:r>
      <w:r>
        <w:t>, is of magnitude 4x m s</w:t>
      </w:r>
      <w:r>
        <w:rPr>
          <w:vertAlign w:val="superscript"/>
        </w:rPr>
        <w:t>−2</w:t>
      </w:r>
      <w:r>
        <w:t xml:space="preserve"> and is directed towards O. At x = 0, v = 20. Find the values of x for which P is instantaneously at rest.</w:t>
      </w: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 w:val="0"/>
        <w:jc w:val="both"/>
      </w:pPr>
    </w:p>
    <w:p>
      <w:pPr>
        <w:keepNext/>
        <w:ind w:left="357" w:hanging="357"/>
        <w:jc w:val="both"/>
      </w:pPr>
      <w:r>
        <w:t>3.</w:t>
        <w:tab/>
        <w:t>A particle P is moving along the positive x-axis in the direction of x increasing. When OP = x m, the velocity of P is v m s</w:t>
      </w:r>
      <w:r>
        <w:rPr>
          <w:vertAlign w:val="superscript"/>
        </w:rPr>
        <w:t>−1</w:t>
      </w:r>
      <w:r>
        <w:t xml:space="preserve"> and the acceleration of P is</w:t>
      </w:r>
    </w:p>
    <w:p>
      <w:pPr>
        <w:keepNext/>
        <w:spacing w:before="40" w:after="40"/>
        <w:ind w:left="720"/>
        <w:jc w:val="left"/>
      </w:pPr>
      <w:r>
        <w:drawing>
          <wp:inline xmlns:a="http://schemas.openxmlformats.org/drawingml/2006/main" xmlns:pic="http://schemas.openxmlformats.org/drawingml/2006/picture">
            <wp:extent cx="2343912" cy="374904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2e15e1f9771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343912" cy="37490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  <w:ind w:left="357"/>
        <w:jc w:val="both"/>
      </w:pPr>
      <w:r>
        <w:t>Given that v = 6 at x = 1, find v in terms of x.</w:t>
      </w: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 w:val="0"/>
        <w:jc w:val="both"/>
      </w:pPr>
    </w:p>
    <w:p>
      <w:pPr>
        <w:keepNext/>
        <w:ind w:left="357" w:hanging="357"/>
        <w:jc w:val="both"/>
      </w:pPr>
      <w:r>
        <w:t>4.</w:t>
        <w:tab/>
        <w:t>A particle P is moving along the x-axis. Initially P is at the origin O and is moving with velocity 1 m s</w:t>
      </w:r>
      <w:r>
        <w:rPr>
          <w:vertAlign w:val="superscript"/>
        </w:rPr>
        <w:t>−1</w:t>
      </w:r>
      <w:r>
        <w:t xml:space="preserve"> in the direction of x increasing. At time t seconds, P is x m from O, has velocity v m s</w:t>
      </w:r>
      <w:r>
        <w:rPr>
          <w:vertAlign w:val="superscript"/>
        </w:rPr>
        <w:t>−1</w:t>
      </w:r>
      <w:r>
        <w:t xml:space="preserve"> and acceleration of magnitude ½e</w:t>
      </w:r>
      <w:r>
        <w:rPr>
          <w:vertAlign w:val="superscript"/>
        </w:rPr>
        <w:t>−x</w:t>
      </w:r>
      <w:r>
        <w:t xml:space="preserve"> m s</w:t>
      </w:r>
      <w:r>
        <w:rPr>
          <w:vertAlign w:val="superscript"/>
        </w:rPr>
        <w:t>−2</w:t>
      </w:r>
      <w:r>
        <w:t xml:space="preserve"> directed towards O. Find:</w:t>
      </w:r>
    </w:p>
    <w:p>
      <w:pPr>
        <w:keepNext/>
        <w:ind w:left="720" w:hanging="357"/>
        <w:jc w:val="both"/>
      </w:pPr>
      <w:r>
        <w:t>a)</w:t>
        <w:tab/>
        <w:t>v in terms of x</w:t>
      </w: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 w:val="0"/>
        <w:jc w:val="both"/>
      </w:pPr>
    </w:p>
    <w:p>
      <w:pPr>
        <w:keepNext/>
        <w:ind w:left="720" w:hanging="357"/>
        <w:jc w:val="both"/>
      </w:pPr>
      <w:r>
        <w:t>b)</w:t>
        <w:tab/>
        <w:t>x in terms of t.</w:t>
      </w: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 w:val="0"/>
        <w:jc w:val="both"/>
      </w:pPr>
    </w:p>
    <w:p>
      <w:pPr>
        <w:keepNext/>
        <w:ind w:left="357" w:hanging="357"/>
        <w:jc w:val="both"/>
      </w:pPr>
      <w:r>
        <w:t>5.</w:t>
        <w:tab/>
        <w:t>A particle P is moving along the positive x-axis. At OP = x m, the velocity of P is v m s</w:t>
      </w:r>
      <w:r>
        <w:rPr>
          <w:vertAlign w:val="superscript"/>
        </w:rPr>
        <w:t>−1</w:t>
      </w:r>
      <w:r>
        <w:t xml:space="preserve"> and the acceleration of P is</w:t>
      </w:r>
    </w:p>
    <w:p>
      <w:pPr>
        <w:keepNext/>
        <w:spacing w:before="40" w:after="40"/>
        <w:ind w:left="720"/>
        <w:jc w:val="left"/>
      </w:pPr>
      <w:r>
        <w:drawing>
          <wp:inline xmlns:a="http://schemas.openxmlformats.org/drawingml/2006/main" xmlns:pic="http://schemas.openxmlformats.org/drawingml/2006/picture">
            <wp:extent cx="1103376" cy="414528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d81f1bf35ed0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103376" cy="41452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  <w:ind w:left="357"/>
        <w:jc w:val="both"/>
      </w:pPr>
      <w:r>
        <w:t>where k is a constant, directed away from O. At x = 1, v = 10 and at x = 6, v = √120.</w:t>
      </w:r>
    </w:p>
    <w:p>
      <w:pPr>
        <w:keepNext/>
        <w:ind w:left="720" w:hanging="357"/>
        <w:jc w:val="both"/>
      </w:pPr>
      <w:r>
        <w:t>a)</w:t>
        <w:tab/>
        <w:t>Find the value of k.</w:t>
      </w: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 w:val="0"/>
        <w:jc w:val="both"/>
      </w:pPr>
    </w:p>
    <w:p>
      <w:pPr>
        <w:keepNext/>
        <w:ind w:left="720" w:hanging="357"/>
        <w:jc w:val="both"/>
      </w:pPr>
      <w:r>
        <w:t>b)</w:t>
        <w:tab/>
        <w:t>Show that the speed of P cannot exceed √130 m s</w:t>
      </w:r>
      <w:r>
        <w:rPr>
          <w:vertAlign w:val="superscript"/>
        </w:rPr>
        <w:t>−1</w:t>
      </w:r>
      <w:r>
        <w:t>.</w:t>
      </w: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 w:val="0"/>
        <w:jc w:val="both"/>
      </w:pPr>
    </w:p>
    <w:p>
      <w:pPr>
        <w:pageBreakBefore/>
        <w:jc w:val="center"/>
      </w:pPr>
      <w:r>
        <w:rPr>
          <w:b/>
          <w:sz w:val="32"/>
          <w:u w:val="single"/>
        </w:rPr>
        <w:t>4C Acceleration Varying with Velocity</w:t>
      </w:r>
    </w:p>
    <w:p>
      <w:pPr>
        <w:keepNext/>
        <w:jc w:val="both"/>
      </w:pPr>
      <w:r>
        <w:t>When the acceleration is a function of the velocity, a = f(v), and the question involves time, use:</w:t>
      </w:r>
    </w:p>
    <w:p>
      <w:pPr>
        <w:keepNext/>
        <w:jc w:val="both"/>
      </w:pPr>
    </w:p>
    <w:p>
      <w:pPr>
        <w:keepNext w:val="0"/>
        <w:jc w:val="both"/>
      </w:pPr>
    </w:p>
    <w:p>
      <w:pPr>
        <w:keepNext/>
        <w:ind w:left="357" w:hanging="357"/>
        <w:jc w:val="both"/>
      </w:pPr>
      <w:r>
        <w:t>1.</w:t>
        <w:tab/>
        <w:t>A van moves along a straight horizontal road. At time t seconds, t ≥ 0, the acceleration of the van is</w:t>
      </w:r>
    </w:p>
    <w:p>
      <w:pPr>
        <w:keepNext/>
        <w:spacing w:before="40" w:after="40"/>
        <w:ind w:left="720"/>
        <w:jc w:val="left"/>
      </w:pPr>
      <w:r>
        <w:drawing>
          <wp:inline xmlns:a="http://schemas.openxmlformats.org/drawingml/2006/main" xmlns:pic="http://schemas.openxmlformats.org/drawingml/2006/picture">
            <wp:extent cx="1130808" cy="384048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ce09a6bab16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130808" cy="38404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  <w:ind w:left="357"/>
        <w:jc w:val="both"/>
      </w:pPr>
      <w:r>
        <w:t>where v m s</w:t>
      </w:r>
      <w:r>
        <w:rPr>
          <w:vertAlign w:val="superscript"/>
        </w:rPr>
        <w:t>−1</w:t>
      </w:r>
      <w:r>
        <w:t xml:space="preserve"> is the velocity of the van. The van starts from rest.</w:t>
      </w:r>
    </w:p>
    <w:p>
      <w:pPr>
        <w:keepNext/>
        <w:ind w:left="720" w:hanging="357"/>
        <w:jc w:val="both"/>
      </w:pPr>
      <w:r>
        <w:t>a)</w:t>
        <w:tab/>
        <w:t>Find v in terms of t.</w:t>
      </w: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 w:val="0"/>
        <w:jc w:val="both"/>
      </w:pPr>
    </w:p>
    <w:p>
      <w:pPr>
        <w:keepNext/>
        <w:ind w:left="720" w:hanging="357"/>
        <w:jc w:val="both"/>
      </w:pPr>
      <w:r>
        <w:t>b)</w:t>
        <w:tab/>
        <w:t>Show that the speed of the van cannot exceed 25 m s</w:t>
      </w:r>
      <w:r>
        <w:rPr>
          <w:vertAlign w:val="superscript"/>
        </w:rPr>
        <w:t>−1</w:t>
      </w:r>
      <w:r>
        <w:t>.</w:t>
      </w: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 w:val="0"/>
        <w:jc w:val="both"/>
      </w:pPr>
    </w:p>
    <w:p>
      <w:pPr>
        <w:keepNext/>
        <w:jc w:val="both"/>
      </w:pPr>
      <w:r>
        <w:t>Terminal (or limiting) speed:</w:t>
      </w:r>
    </w:p>
    <w:p>
      <w:pPr>
        <w:keepNext/>
        <w:jc w:val="both"/>
      </w:pPr>
    </w:p>
    <w:p>
      <w:pPr>
        <w:keepNext/>
        <w:jc w:val="both"/>
      </w:pPr>
    </w:p>
    <w:p>
      <w:pPr>
        <w:keepNext w:val="0"/>
        <w:jc w:val="both"/>
      </w:pPr>
    </w:p>
    <w:p>
      <w:pPr>
        <w:keepNext/>
        <w:jc w:val="both"/>
      </w:pPr>
      <w:r>
        <w:t>If you have to find distances when the acceleration varies with velocity, use:</w:t>
      </w:r>
    </w:p>
    <w:p>
      <w:pPr>
        <w:keepNext/>
        <w:jc w:val="both"/>
      </w:pPr>
    </w:p>
    <w:p>
      <w:pPr>
        <w:keepNext w:val="0"/>
        <w:jc w:val="both"/>
      </w:pPr>
    </w:p>
    <w:p>
      <w:pPr>
        <w:keepNext/>
        <w:ind w:left="357" w:hanging="357"/>
        <w:jc w:val="both"/>
      </w:pPr>
      <w:r>
        <w:t>2.</w:t>
        <w:tab/>
        <w:t>A particle P moves in a straight line. When the velocity of the particle is v m s</w:t>
      </w:r>
      <w:r>
        <w:rPr>
          <w:vertAlign w:val="superscript"/>
        </w:rPr>
        <w:t>−1</w:t>
      </w:r>
      <w:r>
        <w:t>, the acceleration of the particle is given by a = 4v m s</w:t>
      </w:r>
      <w:r>
        <w:rPr>
          <w:vertAlign w:val="superscript"/>
        </w:rPr>
        <w:t>−2</w:t>
      </w:r>
      <w:r>
        <w:t>. Find the distance moved by P as the velocity increases from 10 m s</w:t>
      </w:r>
      <w:r>
        <w:rPr>
          <w:vertAlign w:val="superscript"/>
        </w:rPr>
        <w:t>−1</w:t>
      </w:r>
      <w:r>
        <w:t xml:space="preserve"> to 15 m s</w:t>
      </w:r>
      <w:r>
        <w:rPr>
          <w:vertAlign w:val="superscript"/>
        </w:rPr>
        <w:t>−1</w:t>
      </w:r>
      <w:r>
        <w:t>.</w:t>
      </w: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 w:val="0"/>
        <w:jc w:val="both"/>
      </w:pPr>
    </w:p>
    <w:p>
      <w:pPr>
        <w:keepNext/>
        <w:ind w:left="357" w:hanging="357"/>
        <w:jc w:val="both"/>
      </w:pPr>
      <w:r>
        <w:t>3.</w:t>
        <w:tab/>
        <w:t>A particle P moves along the positive x-axis. At time t seconds, the acceleration of the particle is −(k</w:t>
      </w:r>
      <w:r>
        <w:rPr>
          <w:vertAlign w:val="superscript"/>
        </w:rPr>
        <w:t>2</w:t>
      </w:r>
      <w:r>
        <w:t xml:space="preserve"> + v</w:t>
      </w:r>
      <w:r>
        <w:rPr>
          <w:vertAlign w:val="superscript"/>
        </w:rPr>
        <w:t>2</w:t>
      </w:r>
      <w:r>
        <w:t>) where v m s</w:t>
      </w:r>
      <w:r>
        <w:rPr>
          <w:vertAlign w:val="superscript"/>
        </w:rPr>
        <w:t>−1</w:t>
      </w:r>
      <w:r>
        <w:t xml:space="preserve"> is the velocity of the particle and k is a positive constant. When t = 0, P is at O and v = U. The particle comes to rest at the point A. Find, in terms of k and U:</w:t>
      </w:r>
    </w:p>
    <w:p>
      <w:pPr>
        <w:keepNext/>
        <w:ind w:left="720" w:hanging="357"/>
        <w:jc w:val="both"/>
      </w:pPr>
      <w:r>
        <w:t>a)</w:t>
        <w:tab/>
        <w:t>the distance OA</w:t>
      </w: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 w:val="0"/>
        <w:jc w:val="both"/>
      </w:pPr>
    </w:p>
    <w:p>
      <w:pPr>
        <w:keepNext/>
        <w:ind w:left="720" w:hanging="357"/>
        <w:jc w:val="both"/>
      </w:pPr>
      <w:r>
        <w:t>b)</w:t>
        <w:tab/>
        <w:t>the time P takes to travel from O to A.</w:t>
      </w: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 w:val="0"/>
        <w:jc w:val="both"/>
      </w:pPr>
    </w:p>
    <w:sectPr w:rsidR="00FC693F" w:rsidRPr="0006063C" w:rsidSect="00034616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59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Relationship Id="rId13" Type="http://schemas.openxmlformats.org/officeDocument/2006/relationships/image" Target="media/image5.png"/><Relationship Id="rId1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