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5E Vertical Oscillation</w:t>
      </w:r>
    </w:p>
    <w:p>
      <w:pPr>
        <w:keepNext/>
        <w:jc w:val="both"/>
      </w:pPr>
      <w:r>
        <w:t>A particle hanging on a spring or string, pulled down and released: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In equilibrium the extension e satisfies:</w:t>
      </w:r>
    </w:p>
    <w:p>
      <w:pPr>
        <w:keepNext w:val="0"/>
        <w:jc w:val="both"/>
      </w:pPr>
    </w:p>
    <w:p>
      <w:pPr>
        <w:keepNext/>
        <w:jc w:val="both"/>
      </w:pPr>
      <w:r>
        <w:t>Spring compared with string: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17.</w:t>
        <w:tab/>
        <w:t>A particle P of mass 1.2 kg is attached to one end of a light elastic spring of modulus of elasticity 60 N and natural length 60 cm. The other end of the spring is attached to a fixed point A on a ceiling. The particle hangs in equilibrium at the point B.</w:t>
      </w:r>
    </w:p>
    <w:p>
      <w:pPr>
        <w:keepNext/>
        <w:ind w:left="720" w:hanging="357"/>
        <w:jc w:val="both"/>
      </w:pPr>
      <w:r>
        <w:t>a)</w:t>
        <w:tab/>
        <w:t>Find the extension of the spring.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The particle is now raised vertically a distance 15 cm and released from rest.</w:t>
      </w:r>
    </w:p>
    <w:p>
      <w:pPr>
        <w:keepNext/>
        <w:ind w:left="720" w:hanging="357"/>
        <w:jc w:val="both"/>
      </w:pPr>
      <w:r>
        <w:t>b)</w:t>
        <w:tab/>
        <w:t>Prove that P will move with simple harmonic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Find the period and amplitude of the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d)</w:t>
        <w:tab/>
        <w:t>Find the speed of P as it passes through B.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e)</w:t>
        <w:tab/>
        <w:t>Find the speed of P at the instant when the spring has returned to its natural length.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Elastic potential energy:</w:t>
      </w:r>
    </w:p>
    <w:p>
      <w:pPr>
        <w:keepNext w:val="0"/>
        <w:jc w:val="both"/>
      </w:pPr>
    </w:p>
    <w:p>
      <w:pPr>
        <w:keepNext/>
        <w:jc w:val="both"/>
      </w:pPr>
      <w:r>
        <w:t>Energy considerations: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18.</w:t>
        <w:tab/>
        <w:t>A particle P of mass 0.2 kg is attached to one end of a light elastic string of natural length 0.6 m and modulus of elasticity 8 N. The other end of the string is fixed to a point A on a ceiling. When the particle is hanging in equilibrium the length of the string is L m.</w:t>
      </w:r>
    </w:p>
    <w:p>
      <w:pPr>
        <w:keepNext/>
        <w:ind w:left="720" w:hanging="357"/>
        <w:jc w:val="both"/>
      </w:pPr>
      <w:r>
        <w:t>a)</w:t>
        <w:tab/>
        <w:t>Calculate the value of L.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The particle is held at A and released from rest. It first comes to instantaneous rest when the length of the string is K m.</w:t>
      </w:r>
    </w:p>
    <w:p>
      <w:pPr>
        <w:keepNext/>
        <w:ind w:left="720" w:hanging="357"/>
        <w:jc w:val="both"/>
      </w:pPr>
      <w:r>
        <w:t>b)</w:t>
        <w:tab/>
        <w:t>Use energy considerations to calculate the value of K.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c)</w:t>
        <w:tab/>
        <w:t>Show that while the string is taut, P is moving with simple harmonic motion.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The string becomes slack again for the first time T seconds after P was released from A.</w:t>
      </w:r>
    </w:p>
    <w:p>
      <w:pPr>
        <w:keepNext/>
        <w:ind w:left="720" w:hanging="357"/>
        <w:jc w:val="both"/>
      </w:pPr>
      <w:r>
        <w:t>d)</w:t>
        <w:tab/>
        <w:t>Calculate the value of T.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