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5D Horizontal Oscillation</w:t>
      </w:r>
    </w:p>
    <w:p>
      <w:pPr>
        <w:keepNext/>
        <w:jc w:val="both"/>
      </w:pPr>
      <w:r>
        <w:t>For an elastic string or spring on a smooth horizontal surface: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Spring compared with string: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15.</w:t>
        <w:tab/>
        <w:t>A particle P of mass 0.6 kg rests on a smooth horizontal floor attached to one end of a light elastic string of natural length 0.8 m and modulus of elasticity 16 N. The other end of the string is fixed to a point A on the floor. The particle is pulled away from A until AP measures 1.2 m and released.</w:t>
      </w:r>
    </w:p>
    <w:p>
      <w:pPr>
        <w:keepNext/>
        <w:ind w:left="720" w:hanging="357"/>
        <w:jc w:val="both"/>
      </w:pPr>
      <w:r>
        <w:t>a)</w:t>
        <w:tab/>
        <w:t>Show that, while the string remains taut, P moves with simple harmonic motion.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Calculate the speed of P when the string returns to its natural length.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Calculate the time that elapses between the point where the string becomes slack and the point where it next becomes taut.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d)</w:t>
        <w:tab/>
        <w:t>Calculate the time taken by the particle to return to its starting point for the first time.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Two springs or strings between two fixed points: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16.</w:t>
        <w:tab/>
        <w:t>A particle P of mass 0.8 kg is attached to the ends of two identical light elastic springs of natural length 1.6 m and modulus of elasticity 16 N. The free ends of the springs are attached to two points A and B which are 4 m apart on a smooth horizontal surface. The point C lies between A and B such that ABC is a straight line and AC = 2.4 m. The particle is held at C and then released from rest.</w:t>
      </w:r>
    </w:p>
    <w:p>
      <w:pPr>
        <w:keepNext/>
        <w:ind w:left="720" w:hanging="357"/>
        <w:jc w:val="both"/>
      </w:pPr>
      <w:r>
        <w:t>a)</w:t>
        <w:tab/>
        <w:t>Show that the subsequent motion is simple harmonic motion.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Find the period and amplitude of the motion.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Calculate the maximum speed of P.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