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5C Simple Harmonic Motion</w:t>
      </w:r>
    </w:p>
    <w:p>
      <w:pPr>
        <w:keepNext/>
        <w:jc w:val="both"/>
      </w:pPr>
      <w:r>
        <w:t>Simple harmonic motion (S.H.M.) is: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equation of S.H.M.:</w:t>
      </w:r>
    </w:p>
    <w:p>
      <w:pPr>
        <w:keepNext w:val="0"/>
        <w:jc w:val="both"/>
      </w:pPr>
    </w:p>
    <w:p>
      <w:pPr>
        <w:keepNext/>
        <w:jc w:val="both"/>
      </w:pPr>
      <w:r>
        <w:t>Speed v at displacement x, for amplitude a: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period T:</w:t>
      </w:r>
    </w:p>
    <w:p>
      <w:pPr>
        <w:keepNext w:val="0"/>
        <w:jc w:val="both"/>
      </w:pPr>
    </w:p>
    <w:p>
      <w:pPr>
        <w:keepNext/>
        <w:jc w:val="both"/>
      </w:pPr>
      <w:r>
        <w:t>Displacement x at time t (centre when t = 0 / end point when t = 0 / otherwise):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10.</w:t>
        <w:tab/>
        <w:t>A particle is moving along a straight line with S.H.M. The amplitude of the motion is 0.8 m. It passes through the centre of the oscillation O with speed 2 m s</w:t>
      </w:r>
      <w:r>
        <w:rPr>
          <w:vertAlign w:val="superscript"/>
        </w:rPr>
        <w:t>−1</w:t>
      </w:r>
      <w:r>
        <w:t>. Calculate:</w:t>
      </w:r>
    </w:p>
    <w:p>
      <w:pPr>
        <w:keepNext/>
        <w:ind w:left="720" w:hanging="357"/>
        <w:jc w:val="both"/>
      </w:pPr>
      <w:r>
        <w:t>a)</w:t>
        <w:tab/>
        <w:t>the period of the oscillation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speed of the particle when it is 0.4 m from O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time the particle takes to travel 0.4 m from O.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show that a particle moves with S.H.M.: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11.</w:t>
        <w:tab/>
        <w:t>A particle P of mass 0.5 kg is moving along a straight line. At time t seconds, the distance of P from a fixed point O on the line is x metres. The force acting on P has magnitude 10x and acts in the direction PO.</w:t>
      </w:r>
    </w:p>
    <w:p>
      <w:pPr>
        <w:keepNext/>
        <w:ind w:left="720" w:hanging="357"/>
        <w:jc w:val="both"/>
      </w:pPr>
      <w:r>
        <w:t>a)</w:t>
        <w:tab/>
        <w:t>Show that P is moving with simple harmonic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period of the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Maximum speed and maximum acceleration: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12.</w:t>
        <w:tab/>
        <w:t>A particle is moving in a straight line with simple harmonic motion. Its maximum acceleration is 12 m s</w:t>
      </w:r>
      <w:r>
        <w:rPr>
          <w:vertAlign w:val="superscript"/>
        </w:rPr>
        <w:t>−2</w:t>
      </w:r>
      <w:r>
        <w:t xml:space="preserve"> and its maximum speed is 4 m s</w:t>
      </w:r>
      <w:r>
        <w:rPr>
          <w:vertAlign w:val="superscript"/>
        </w:rPr>
        <w:t>−1</w:t>
      </w:r>
      <w:r>
        <w:t>. Calculate:</w:t>
      </w:r>
    </w:p>
    <w:p>
      <w:pPr>
        <w:keepNext/>
        <w:ind w:left="720" w:hanging="357"/>
        <w:jc w:val="both"/>
      </w:pPr>
      <w:r>
        <w:t>a)</w:t>
        <w:tab/>
        <w:t>the period of the motion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amplitude of the motion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length of time, during one complete oscillation, that the particle is within ⅓ m of the centre of the oscillation.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13.</w:t>
        <w:tab/>
        <w:t>A small rowing boat is floating on the surface of the sea, tied to a pier. The boat moves up and down in a vertical line and it can be modelled as a particle moving with simple harmonic motion. The boat takes 2 s to travel directly from its highest point, which is 3 m below the pier, to its lowest point. The maximum speed of the boat is 3 m s</w:t>
      </w:r>
      <w:r>
        <w:rPr>
          <w:vertAlign w:val="superscript"/>
        </w:rPr>
        <w:t>−1</w:t>
      </w:r>
      <w:r>
        <w:t>. Calculate:</w:t>
      </w:r>
    </w:p>
    <w:p>
      <w:pPr>
        <w:keepNext/>
        <w:ind w:left="720" w:hanging="357"/>
        <w:jc w:val="both"/>
      </w:pPr>
      <w:r>
        <w:t>a)</w:t>
        <w:tab/>
        <w:t>the amplitude of the motion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time taken by the boat to rise from its lowest point to a point 5 m below the pier.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reference circle (geometrical method):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96978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fcirc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969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 w:hanging="357"/>
        <w:jc w:val="both"/>
      </w:pPr>
      <w:r>
        <w:t>14.</w:t>
        <w:tab/>
        <w:t>A particle P is moving with simple harmonic motion along a straight line. The centre of the oscillation is the point O, the amplitude is 0.6 m and the period is 8 s. The points A and B are points on the line of P’s motion and are on opposite sides of O. The distance OA is 0.5 m and OB is 0.1 m. Calculate the time taken by P to move directly from A to B.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