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u w:val="single"/>
        </w:rPr>
        <w:t>5B Newton’s Law of Gravitation</w:t>
      </w:r>
    </w:p>
    <w:p>
      <w:pPr>
        <w:keepNext/>
        <w:jc w:val="both"/>
      </w:pPr>
      <w:r>
        <w:t>Newton’s law of gravitation:</w:t>
      </w:r>
    </w:p>
    <w:p>
      <w:pPr>
        <w:keepNext/>
        <w:jc w:val="both"/>
      </w:pPr>
    </w:p>
    <w:p>
      <w:pPr>
        <w:keepNext/>
        <w:jc w:val="both"/>
      </w:pPr>
    </w:p>
    <w:p>
      <w:pPr>
        <w:keepNext w:val="0"/>
        <w:jc w:val="both"/>
      </w:pPr>
    </w:p>
    <w:p>
      <w:pPr>
        <w:keepNext/>
        <w:jc w:val="both"/>
      </w:pPr>
      <w:r>
        <w:t>G is the constant of gravitation. Its value is:</w:t>
      </w:r>
    </w:p>
    <w:p>
      <w:pPr>
        <w:keepNext w:val="0"/>
        <w:jc w:val="both"/>
      </w:pPr>
    </w:p>
    <w:p>
      <w:pPr>
        <w:keepNext/>
        <w:jc w:val="both"/>
      </w:pPr>
      <w:r>
        <w:t>The inverse square law is used when:</w:t>
      </w:r>
    </w:p>
    <w:p>
      <w:pPr>
        <w:keepNext/>
        <w:jc w:val="both"/>
      </w:pPr>
    </w:p>
    <w:p>
      <w:pPr>
        <w:keepNext w:val="0"/>
        <w:jc w:val="both"/>
      </w:pPr>
    </w:p>
    <w:p>
      <w:pPr>
        <w:keepNext/>
        <w:ind w:left="357" w:hanging="357"/>
        <w:jc w:val="both"/>
      </w:pPr>
      <w:r>
        <w:t>8.</w:t>
        <w:tab/>
        <w:t>Two particles of masses 0.5 kg and 2.5 kg are 4 cm apart. Calculate the magnitude of the gravitational force between them.</w:t>
      </w:r>
    </w:p>
    <w:p>
      <w:pPr>
        <w:keepNext/>
        <w:jc w:val="both"/>
      </w:pPr>
    </w:p>
    <w:p>
      <w:pPr>
        <w:keepNext/>
        <w:jc w:val="both"/>
      </w:pPr>
    </w:p>
    <w:p>
      <w:pPr>
        <w:keepNext/>
        <w:jc w:val="both"/>
      </w:pPr>
    </w:p>
    <w:p>
      <w:pPr>
        <w:keepNext/>
        <w:jc w:val="both"/>
      </w:pPr>
    </w:p>
    <w:p>
      <w:pPr>
        <w:keepNext/>
        <w:jc w:val="both"/>
      </w:pPr>
    </w:p>
    <w:p>
      <w:pPr>
        <w:keepNext/>
        <w:jc w:val="both"/>
      </w:pPr>
    </w:p>
    <w:p>
      <w:pPr>
        <w:keepNext w:val="0"/>
        <w:jc w:val="both"/>
      </w:pPr>
    </w:p>
    <w:p>
      <w:pPr>
        <w:keepNext/>
        <w:jc w:val="both"/>
      </w:pPr>
      <w:r>
        <w:t>Relationship between G and g (model the Earth as a sphere of mass M and radius R):</w:t>
      </w:r>
    </w:p>
    <w:p>
      <w:pPr>
        <w:keepNext/>
        <w:jc w:val="both"/>
      </w:pPr>
    </w:p>
    <w:p>
      <w:pPr>
        <w:keepNext/>
        <w:jc w:val="both"/>
      </w:pPr>
    </w:p>
    <w:p>
      <w:pPr>
        <w:keepNext/>
        <w:jc w:val="both"/>
      </w:pPr>
    </w:p>
    <w:p>
      <w:pPr>
        <w:keepNext w:val="0"/>
        <w:jc w:val="both"/>
      </w:pPr>
    </w:p>
    <w:p>
      <w:pPr>
        <w:keepNext/>
        <w:ind w:left="357" w:hanging="357"/>
        <w:jc w:val="both"/>
      </w:pPr>
      <w:r>
        <w:t>9.</w:t>
        <w:tab/>
        <w:t>Above the Earth’s surface, the magnitude of the force on a particle due to the Earth’s gravitational force is inversely proportional to the square of the distance of the particle from the centre of the Earth. The acceleration due to gravity on the surface of the Earth is g and the Earth can be modelled as a sphere of radius R. A particle P of mass m is a distance (x − R), (where x ≥ R), above the surface of the Earth.</w:t>
      </w:r>
    </w:p>
    <w:p>
      <w:pPr>
        <w:keepNext/>
        <w:ind w:left="720" w:hanging="357"/>
        <w:jc w:val="both"/>
      </w:pPr>
      <w:r>
        <w:t>a)</w:t>
        <w:tab/>
        <w:t>Prove that the magnitude of the gravitational force acting on P is mgR</w:t>
      </w:r>
      <w:r>
        <w:rPr>
          <w:vertAlign w:val="superscript"/>
        </w:rPr>
        <w:t>2</w:t>
      </w:r>
      <w:r>
        <w:t>/x</w:t>
      </w:r>
      <w:r>
        <w:rPr>
          <w:vertAlign w:val="superscript"/>
        </w:rPr>
        <w:t>2</w:t>
      </w:r>
      <w:r>
        <w:t>.</w:t>
      </w:r>
    </w:p>
    <w:p>
      <w:pPr>
        <w:keepNext/>
        <w:jc w:val="both"/>
      </w:pPr>
    </w:p>
    <w:p>
      <w:pPr>
        <w:keepNext/>
        <w:jc w:val="both"/>
      </w:pPr>
    </w:p>
    <w:p>
      <w:pPr>
        <w:keepNext/>
        <w:jc w:val="both"/>
      </w:pPr>
    </w:p>
    <w:p>
      <w:pPr>
        <w:keepNext/>
        <w:jc w:val="both"/>
      </w:pPr>
    </w:p>
    <w:p>
      <w:pPr>
        <w:keepNext/>
        <w:jc w:val="both"/>
      </w:pPr>
    </w:p>
    <w:p>
      <w:pPr>
        <w:keepNext/>
        <w:jc w:val="both"/>
      </w:pPr>
    </w:p>
    <w:p>
      <w:pPr>
        <w:keepNext w:val="0"/>
        <w:jc w:val="both"/>
      </w:pPr>
    </w:p>
    <w:p>
      <w:pPr>
        <w:keepNext/>
        <w:ind w:left="357"/>
        <w:jc w:val="both"/>
      </w:pPr>
      <w:r>
        <w:t>A spacecraft S is fired vertically upwards from the surface of the Earth. When it is at a height 2R above the surface of the Earth its speed is ½√(gR). Assuming that air resistance can be ignored and the rocket’s engine is turned off immediately after the rocket is fired,</w:t>
      </w:r>
    </w:p>
    <w:p>
      <w:pPr>
        <w:keepNext/>
        <w:ind w:left="720" w:hanging="357"/>
        <w:jc w:val="both"/>
      </w:pPr>
      <w:r>
        <w:t>b)</w:t>
        <w:tab/>
        <w:t>find, in terms of g and R, the speed with which S was fired.</w:t>
      </w: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val="0"/>
        <w:jc w:val="both"/>
      </w:pPr>
    </w:p>
    <w:sectPr w:rsidR="00FC693F" w:rsidRPr="0006063C" w:rsidSect="0003461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5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