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 Motion in a Straight Line with Variable Force</w:t>
      </w:r>
    </w:p>
    <w:p>
      <w:pPr>
        <w:keepNext/>
        <w:jc w:val="both"/>
      </w:pPr>
      <w:r>
        <w:t>When the force is a function of time, F = f(t), use F = ma with a =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When the force is a function of the displacement, F = f(x), use F = ma with a =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When the force is a function of the velocity, use a = dv/dt (time involved) or a = v dv/dx (distance involved). Watch out for: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P of mass 0.5 kg is moving along the x-axis. At time t seconds the force acting on P has magnitude (5t</w:t>
      </w:r>
      <w:r>
        <w:rPr>
          <w:vertAlign w:val="superscript"/>
        </w:rPr>
        <w:t>2</w:t>
      </w:r>
      <w:r>
        <w:t xml:space="preserve"> + e</w:t>
      </w:r>
      <w:r>
        <w:rPr>
          <w:vertAlign w:val="superscript"/>
        </w:rPr>
        <w:t>0.2t</w:t>
      </w:r>
      <w:r>
        <w:t>) N and acts in the direction OP. When t = 0, P is at rest at O. Calculate:</w:t>
      </w:r>
    </w:p>
    <w:p>
      <w:pPr>
        <w:keepNext/>
        <w:ind w:left="720" w:hanging="357"/>
        <w:jc w:val="both"/>
      </w:pPr>
      <w:r>
        <w:t>a)</w:t>
        <w:tab/>
        <w:t>the speed of P when t = 2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distance OP when t = 3.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pebble of mass 0.2 kg is moving on a smooth horizontal sheet of ice. At time t seconds (where t ≥ 0) a horizontal force of magnitude 2t</w:t>
      </w:r>
      <w:r>
        <w:rPr>
          <w:vertAlign w:val="superscript"/>
        </w:rPr>
        <w:t>2</w:t>
      </w:r>
      <w:r>
        <w:t xml:space="preserve"> N and constant direction acts on the pebble. When t = 0 the pebble is moving in the same direction as the force and has speed 6 m s</w:t>
      </w:r>
      <w:r>
        <w:rPr>
          <w:vertAlign w:val="superscript"/>
        </w:rPr>
        <w:t>−1</w:t>
      </w:r>
      <w:r>
        <w:t>. When t = T the pebble has speed 36 m s</w:t>
      </w:r>
      <w:r>
        <w:rPr>
          <w:vertAlign w:val="superscript"/>
        </w:rPr>
        <w:t>−1</w:t>
      </w:r>
      <w:r>
        <w:t>. Calculate the value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P of mass 1.5 kg is moving in a straight line. The force acting on P has magnitude (8 − 2 cos x) N, where x metres is the distance OP, and acts in the direction OP. When P passes through O its speed is 4 m s</w:t>
      </w:r>
      <w:r>
        <w:rPr>
          <w:vertAlign w:val="superscript"/>
        </w:rPr>
        <w:t>−1</w:t>
      </w:r>
      <w:r>
        <w:t>. Calculate the speed of P when x = 2.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Work done by a variable force F(x) moving a particle from x = a to x = b: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A stone S of mass 0.5 kg is moving in a straight line on a smooth horizontal floor. When S is a distance x metres from a fixed point on the line, A, a force of magnitude (5 + 7 cos x) N acts on S in the direction AS. Given that S passes through A with speed 2 m s</w:t>
      </w:r>
      <w:r>
        <w:rPr>
          <w:vertAlign w:val="superscript"/>
        </w:rPr>
        <w:t>−1</w:t>
      </w:r>
      <w:r>
        <w:t>, calculate:</w:t>
      </w:r>
    </w:p>
    <w:p>
      <w:pPr>
        <w:keepNext/>
        <w:ind w:left="720" w:hanging="357"/>
        <w:jc w:val="both"/>
      </w:pPr>
      <w:r>
        <w:t>a)</w:t>
        <w:tab/>
        <w:t>the speed of S as it passes through the point B, where x = 3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work done by the force in moving S from A to B.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A particle P of mass 0.5 kg moves in a straight horizontal line. When the speed of P is v m s</w:t>
      </w:r>
      <w:r>
        <w:rPr>
          <w:vertAlign w:val="superscript"/>
        </w:rPr>
        <w:t>−1</w:t>
      </w:r>
      <w:r>
        <w:t>, the resultant force acting on P is a resistance of magnitude 3v N. Find the distance moved by P as it slows down from 12 m s</w:t>
      </w:r>
      <w:r>
        <w:rPr>
          <w:vertAlign w:val="superscript"/>
        </w:rPr>
        <w:t>−1</w:t>
      </w:r>
      <w:r>
        <w:t xml:space="preserve"> to 6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  <w:t>A particle P of mass m is moving along Ox in the direction of x increasing. At time t, the only force acting on P is a resistance of magnitude mk(c</w:t>
      </w:r>
      <w:r>
        <w:rPr>
          <w:vertAlign w:val="superscript"/>
        </w:rPr>
        <w:t>2</w:t>
      </w:r>
      <w:r>
        <w:t xml:space="preserve"> + v</w:t>
      </w:r>
      <w:r>
        <w:rPr>
          <w:vertAlign w:val="superscript"/>
        </w:rPr>
        <w:t>2</w:t>
      </w:r>
      <w:r>
        <w:t>), where v is the speed of P and c and k are positive constants. When t = 0, P is at O and v = U. The particle P comes to rest at the point A. Find:</w:t>
      </w:r>
    </w:p>
    <w:p>
      <w:pPr>
        <w:keepNext/>
        <w:ind w:left="720" w:hanging="357"/>
        <w:jc w:val="both"/>
      </w:pPr>
      <w:r>
        <w:t>a)</w:t>
        <w:tab/>
        <w:t>the distance OA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time P takes to travel from O to A.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A car of mass 800 kg travels along a straight horizontal road. The engine of the car produces a constant driving force of magnitude 2000 N. At time t seconds, the speed of the car is v m s</w:t>
      </w:r>
      <w:r>
        <w:rPr>
          <w:vertAlign w:val="superscript"/>
        </w:rPr>
        <w:t>−1</w:t>
      </w:r>
      <w:r>
        <w:t>. As the car moves, the total resistance to the motion of the car is of magnitude (400 + 4v</w:t>
      </w:r>
      <w:r>
        <w:rPr>
          <w:vertAlign w:val="superscript"/>
        </w:rPr>
        <w:t>2</w:t>
      </w:r>
      <w:r>
        <w:t>) N. The car starts from rest.</w:t>
      </w:r>
    </w:p>
    <w:p>
      <w:pPr>
        <w:keepNext/>
        <w:ind w:left="720" w:hanging="357"/>
        <w:jc w:val="both"/>
      </w:pPr>
      <w:r>
        <w:t>a)</w:t>
        <w:tab/>
        <w:t>Find v in terms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Show that the speed of the car cannot exceed 20 m s</w:t>
      </w:r>
      <w:r>
        <w:rPr>
          <w:vertAlign w:val="superscript"/>
        </w:rPr>
        <w:t>−1</w:t>
      </w:r>
      <w:r>
        <w:t>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