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4C Acceleration Varying with Velocity</w:t>
      </w:r>
    </w:p>
    <w:p>
      <w:pPr>
        <w:keepNext/>
        <w:jc w:val="both"/>
      </w:pPr>
      <w:r>
        <w:t>When the acceleration is a function of the velocity, a = f(v), and the question involves time, use: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van moves along a straight horizontal road. At time t seconds, t ≥ 0, the acceleration of the van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30808" cy="3840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e09a6bab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0808" cy="384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v m s</w:t>
      </w:r>
      <w:r>
        <w:rPr>
          <w:vertAlign w:val="superscript"/>
        </w:rPr>
        <w:t>−1</w:t>
      </w:r>
      <w:r>
        <w:t xml:space="preserve"> is the velocity of the van. The van starts from rest.</w:t>
      </w:r>
    </w:p>
    <w:p>
      <w:pPr>
        <w:keepNext/>
        <w:ind w:left="720" w:hanging="357"/>
        <w:jc w:val="both"/>
      </w:pPr>
      <w:r>
        <w:t>a)</w:t>
        <w:tab/>
        <w:t>Find v in terms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the van cannot exceed 25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Terminal (or limiting) speed: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you have to find distances when the acceleration varies with velocity, use: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moves in a straight line. When the velocity of the particle is v m s</w:t>
      </w:r>
      <w:r>
        <w:rPr>
          <w:vertAlign w:val="superscript"/>
        </w:rPr>
        <w:t>−1</w:t>
      </w:r>
      <w:r>
        <w:t>, the acceleration of the particle is given by a = 4v m s</w:t>
      </w:r>
      <w:r>
        <w:rPr>
          <w:vertAlign w:val="superscript"/>
        </w:rPr>
        <w:t>−2</w:t>
      </w:r>
      <w:r>
        <w:t>. Find the distance moved by P as the velocity increases from 10 m s</w:t>
      </w:r>
      <w:r>
        <w:rPr>
          <w:vertAlign w:val="superscript"/>
        </w:rPr>
        <w:t>−1</w:t>
      </w:r>
      <w:r>
        <w:t xml:space="preserve"> to 15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moves along the positive x-axis. At time t seconds, the acceleration of the particle is −(k</w:t>
      </w:r>
      <w:r>
        <w:rPr>
          <w:vertAlign w:val="superscript"/>
        </w:rPr>
        <w:t>2</w:t>
      </w:r>
      <w:r>
        <w:t xml:space="preserve"> + v</w:t>
      </w:r>
      <w:r>
        <w:rPr>
          <w:vertAlign w:val="superscript"/>
        </w:rPr>
        <w:t>2</w:t>
      </w:r>
      <w:r>
        <w:t>) where v m s</w:t>
      </w:r>
      <w:r>
        <w:rPr>
          <w:vertAlign w:val="superscript"/>
        </w:rPr>
        <w:t>−1</w:t>
      </w:r>
      <w:r>
        <w:t xml:space="preserve"> is the velocity of the particle and k is a positive constant. When t = 0, P is at O and v = U. The particle comes to rest at the point A. Find, in terms of k and U:</w:t>
      </w:r>
    </w:p>
    <w:p>
      <w:pPr>
        <w:keepNext/>
        <w:ind w:left="720" w:hanging="357"/>
        <w:jc w:val="both"/>
      </w:pPr>
      <w:r>
        <w:t>a)</w:t>
        <w:tab/>
        <w:t>the distance OA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time P takes to travel from O to A.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