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2"/>
          <w:u w:val="single"/>
        </w:rPr>
        <w:t>4B Acceleration Varying with Displacement</w:t>
      </w:r>
    </w:p>
    <w:p>
      <w:pPr>
        <w:keepNext/>
        <w:jc w:val="both"/>
      </w:pPr>
      <w:r>
        <w:t>When the acceleration is a function of the displacement, a = f(x), use:</w:t>
      </w:r>
    </w:p>
    <w:p>
      <w:pPr>
        <w:keepNext/>
        <w:jc w:val="both"/>
      </w:pPr>
    </w:p>
    <w:p>
      <w:pPr>
        <w:keepNext/>
        <w:jc w:val="both"/>
      </w:pPr>
    </w:p>
    <w:p>
      <w:pPr>
        <w:keepNext w:val="0"/>
        <w:jc w:val="both"/>
      </w:pPr>
    </w:p>
    <w:p>
      <w:pPr>
        <w:keepNext/>
        <w:jc w:val="both"/>
      </w:pPr>
      <w:r>
        <w:t>Proof using the chain rule:</w:t>
      </w: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 w:val="0"/>
        <w:jc w:val="both"/>
      </w:pPr>
    </w:p>
    <w:p>
      <w:pPr>
        <w:keepNext/>
        <w:ind w:left="357" w:hanging="357"/>
        <w:jc w:val="both"/>
      </w:pPr>
      <w:r>
        <w:t>1.</w:t>
        <w:tab/>
        <w:t>A particle P is moving on the x-axis in the direction of x increasing. When the displacement of P from the origin O is x m and its speed is v m s</w:t>
      </w:r>
      <w:r>
        <w:rPr>
          <w:vertAlign w:val="superscript"/>
        </w:rPr>
        <w:t>−1</w:t>
      </w:r>
      <w:r>
        <w:t>, the acceleration of P is 2x m s</w:t>
      </w:r>
      <w:r>
        <w:rPr>
          <w:vertAlign w:val="superscript"/>
        </w:rPr>
        <w:t>−2</w:t>
      </w:r>
      <w:r>
        <w:t>. When P is at O, its speed is 6 m s</w:t>
      </w:r>
      <w:r>
        <w:rPr>
          <w:vertAlign w:val="superscript"/>
        </w:rPr>
        <w:t>−1</w:t>
      </w:r>
      <w:r>
        <w:t>. Find v in terms of x.</w:t>
      </w: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 w:val="0"/>
        <w:jc w:val="both"/>
      </w:pPr>
    </w:p>
    <w:p>
      <w:pPr>
        <w:keepNext/>
        <w:ind w:left="357" w:hanging="357"/>
        <w:jc w:val="both"/>
      </w:pPr>
      <w:r>
        <w:t>2.</w:t>
        <w:tab/>
        <w:t>A particle P is moving along a straight line. The acceleration of P, when it has displacement x m from a fixed point O on the line and velocity v m s</w:t>
      </w:r>
      <w:r>
        <w:rPr>
          <w:vertAlign w:val="superscript"/>
        </w:rPr>
        <w:t>−1</w:t>
      </w:r>
      <w:r>
        <w:t>, is of magnitude 4x m s</w:t>
      </w:r>
      <w:r>
        <w:rPr>
          <w:vertAlign w:val="superscript"/>
        </w:rPr>
        <w:t>−2</w:t>
      </w:r>
      <w:r>
        <w:t xml:space="preserve"> and is directed towards O. At x = 0, v = 20. Find the values of x for which P is instantaneously at rest.</w:t>
      </w: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 w:val="0"/>
        <w:jc w:val="both"/>
      </w:pPr>
    </w:p>
    <w:p>
      <w:pPr>
        <w:keepNext/>
        <w:ind w:left="357" w:hanging="357"/>
        <w:jc w:val="both"/>
      </w:pPr>
      <w:r>
        <w:t>3.</w:t>
        <w:tab/>
        <w:t>A particle P is moving along the positive x-axis in the direction of x increasing. When OP = x m, the velocity of P is v m s</w:t>
      </w:r>
      <w:r>
        <w:rPr>
          <w:vertAlign w:val="superscript"/>
        </w:rPr>
        <w:t>−1</w:t>
      </w:r>
      <w:r>
        <w:t xml:space="preserve"> and the acceleration of P is</w:t>
      </w:r>
    </w:p>
    <w:p>
      <w:pPr>
        <w:keepNext/>
        <w:spacing w:before="40" w:after="40"/>
        <w:ind w:left="720"/>
        <w:jc w:val="left"/>
      </w:pPr>
      <w:r>
        <w:drawing>
          <wp:inline xmlns:a="http://schemas.openxmlformats.org/drawingml/2006/main" xmlns:pic="http://schemas.openxmlformats.org/drawingml/2006/picture">
            <wp:extent cx="2343912" cy="374904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2e15e1f9771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343912" cy="37490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  <w:ind w:left="357"/>
        <w:jc w:val="both"/>
      </w:pPr>
      <w:r>
        <w:t>Given that v = 6 at x = 1, find v in terms of x.</w:t>
      </w: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 w:val="0"/>
        <w:jc w:val="both"/>
      </w:pPr>
    </w:p>
    <w:p>
      <w:pPr>
        <w:keepNext/>
        <w:ind w:left="357" w:hanging="357"/>
        <w:jc w:val="both"/>
      </w:pPr>
      <w:r>
        <w:t>4.</w:t>
        <w:tab/>
        <w:t>A particle P is moving along the x-axis. Initially P is at the origin O and is moving with velocity 1 m s</w:t>
      </w:r>
      <w:r>
        <w:rPr>
          <w:vertAlign w:val="superscript"/>
        </w:rPr>
        <w:t>−1</w:t>
      </w:r>
      <w:r>
        <w:t xml:space="preserve"> in the direction of x increasing. At time t seconds, P is x m from O, has velocity v m s</w:t>
      </w:r>
      <w:r>
        <w:rPr>
          <w:vertAlign w:val="superscript"/>
        </w:rPr>
        <w:t>−1</w:t>
      </w:r>
      <w:r>
        <w:t xml:space="preserve"> and acceleration of magnitude ½e</w:t>
      </w:r>
      <w:r>
        <w:rPr>
          <w:vertAlign w:val="superscript"/>
        </w:rPr>
        <w:t>−x</w:t>
      </w:r>
      <w:r>
        <w:t xml:space="preserve"> m s</w:t>
      </w:r>
      <w:r>
        <w:rPr>
          <w:vertAlign w:val="superscript"/>
        </w:rPr>
        <w:t>−2</w:t>
      </w:r>
      <w:r>
        <w:t xml:space="preserve"> directed towards O. Find:</w:t>
      </w:r>
    </w:p>
    <w:p>
      <w:pPr>
        <w:keepNext/>
        <w:ind w:left="720" w:hanging="357"/>
        <w:jc w:val="both"/>
      </w:pPr>
      <w:r>
        <w:t>a)</w:t>
        <w:tab/>
        <w:t>v in terms of x</w:t>
      </w: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 w:val="0"/>
        <w:jc w:val="both"/>
      </w:pPr>
    </w:p>
    <w:p>
      <w:pPr>
        <w:keepNext/>
        <w:ind w:left="720" w:hanging="357"/>
        <w:jc w:val="both"/>
      </w:pPr>
      <w:r>
        <w:t>b)</w:t>
        <w:tab/>
        <w:t>x in terms of t.</w:t>
      </w: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 w:val="0"/>
        <w:jc w:val="both"/>
      </w:pPr>
    </w:p>
    <w:p>
      <w:pPr>
        <w:keepNext/>
        <w:ind w:left="357" w:hanging="357"/>
        <w:jc w:val="both"/>
      </w:pPr>
      <w:r>
        <w:t>5.</w:t>
        <w:tab/>
        <w:t>A particle P is moving along the positive x-axis. At OP = x m, the velocity of P is v m s</w:t>
      </w:r>
      <w:r>
        <w:rPr>
          <w:vertAlign w:val="superscript"/>
        </w:rPr>
        <w:t>−1</w:t>
      </w:r>
      <w:r>
        <w:t xml:space="preserve"> and the acceleration of P is</w:t>
      </w:r>
    </w:p>
    <w:p>
      <w:pPr>
        <w:keepNext/>
        <w:spacing w:before="40" w:after="40"/>
        <w:ind w:left="720"/>
        <w:jc w:val="left"/>
      </w:pPr>
      <w:r>
        <w:drawing>
          <wp:inline xmlns:a="http://schemas.openxmlformats.org/drawingml/2006/main" xmlns:pic="http://schemas.openxmlformats.org/drawingml/2006/picture">
            <wp:extent cx="1103376" cy="414528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d81f1bf35ed0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103376" cy="41452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  <w:ind w:left="357"/>
        <w:jc w:val="both"/>
      </w:pPr>
      <w:r>
        <w:t>where k is a constant, directed away from O. At x = 1, v = 10 and at x = 6, v = √120.</w:t>
      </w:r>
    </w:p>
    <w:p>
      <w:pPr>
        <w:keepNext/>
        <w:ind w:left="720" w:hanging="357"/>
        <w:jc w:val="both"/>
      </w:pPr>
      <w:r>
        <w:t>a)</w:t>
        <w:tab/>
        <w:t>Find the value of k.</w:t>
      </w: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 w:val="0"/>
        <w:jc w:val="both"/>
      </w:pPr>
    </w:p>
    <w:p>
      <w:pPr>
        <w:keepNext/>
        <w:ind w:left="720" w:hanging="357"/>
        <w:jc w:val="both"/>
      </w:pPr>
      <w:r>
        <w:t>b)</w:t>
        <w:tab/>
        <w:t>Show that the speed of P cannot exceed √130 m s</w:t>
      </w:r>
      <w:r>
        <w:rPr>
          <w:vertAlign w:val="superscript"/>
        </w:rPr>
        <w:t>−1</w:t>
      </w:r>
      <w:r>
        <w:t>.</w:t>
      </w: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 w:val="0"/>
        <w:jc w:val="both"/>
      </w:pPr>
    </w:p>
    <w:sectPr w:rsidR="00FC693F" w:rsidRPr="0006063C" w:rsidSect="00034616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9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